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2855" w14:textId="05122586" w:rsidR="00595840" w:rsidRPr="000C717C" w:rsidRDefault="003A2CF0">
      <w:pPr>
        <w:pStyle w:val="Title"/>
        <w:rPr>
          <w:rFonts w:ascii="Arial" w:hAnsi="Arial" w:cs="Arial"/>
        </w:rPr>
      </w:pPr>
      <w:r>
        <w:rPr>
          <w:rFonts w:ascii="Arial" w:hAnsi="Arial" w:cs="Arial"/>
          <w:b w:val="0"/>
        </w:rPr>
        <w:t>Round 1 Idea Submission</w:t>
      </w:r>
    </w:p>
    <w:p w14:paraId="49E10265" w14:textId="565A4AE2" w:rsidR="00595840" w:rsidRDefault="002C2763">
      <w:pPr>
        <w:spacing w:after="180"/>
        <w:rPr>
          <w:rFonts w:ascii="Arial" w:hAnsi="Arial" w:cs="Arial"/>
          <w:color w:val="122D41"/>
          <w:sz w:val="22"/>
        </w:rPr>
      </w:pPr>
      <w:r w:rsidRPr="002C2763">
        <w:rPr>
          <w:rFonts w:ascii="Arial" w:hAnsi="Arial" w:cs="Arial"/>
          <w:bCs/>
        </w:rPr>
        <w:t xml:space="preserve">Everyone is encouraged to apply, no matter what they study or how much technical experience they have! If you have a good idea, we will help you make it a reality. Just give it a shot. </w:t>
      </w:r>
      <w:r w:rsidR="003A2CF0" w:rsidRPr="003A2CF0">
        <w:rPr>
          <w:rFonts w:ascii="Arial" w:hAnsi="Arial" w:cs="Arial"/>
          <w:bCs/>
        </w:rPr>
        <w:t xml:space="preserve">Don’t overthink it! </w:t>
      </w:r>
      <w:r w:rsidR="003A2CF0" w:rsidRPr="00303960">
        <w:rPr>
          <w:rFonts w:ascii="Arial" w:hAnsi="Arial" w:cs="Arial"/>
          <w:bCs/>
          <w:sz w:val="22"/>
        </w:rPr>
        <w:t>Just</w:t>
      </w:r>
      <w:r w:rsidR="003A2CF0" w:rsidRPr="00303960">
        <w:rPr>
          <w:rFonts w:ascii="Arial" w:hAnsi="Arial" w:cs="Arial"/>
          <w:b/>
          <w:sz w:val="22"/>
        </w:rPr>
        <w:t xml:space="preserve"> </w:t>
      </w:r>
      <w:r w:rsidR="003A2CF0" w:rsidRPr="00303960">
        <w:rPr>
          <w:rFonts w:ascii="Arial" w:hAnsi="Arial" w:cs="Arial"/>
          <w:bCs/>
          <w:sz w:val="22"/>
        </w:rPr>
        <w:t>s</w:t>
      </w:r>
      <w:r w:rsidR="003A2CF0" w:rsidRPr="00303960">
        <w:rPr>
          <w:rFonts w:ascii="Arial" w:hAnsi="Arial" w:cs="Arial"/>
          <w:color w:val="122D41"/>
          <w:sz w:val="22"/>
        </w:rPr>
        <w:t>hare</w:t>
      </w:r>
      <w:r w:rsidR="003A2CF0" w:rsidRPr="000C717C">
        <w:rPr>
          <w:rFonts w:ascii="Arial" w:hAnsi="Arial" w:cs="Arial"/>
          <w:color w:val="122D41"/>
          <w:sz w:val="22"/>
        </w:rPr>
        <w:t xml:space="preserve"> y</w:t>
      </w:r>
      <w:r w:rsidR="003A2CF0">
        <w:rPr>
          <w:rFonts w:ascii="Arial" w:hAnsi="Arial" w:cs="Arial"/>
          <w:color w:val="122D41"/>
          <w:sz w:val="22"/>
        </w:rPr>
        <w:t>our idea</w:t>
      </w:r>
      <w:r w:rsidR="003A2CF0" w:rsidRPr="000C717C">
        <w:rPr>
          <w:rFonts w:ascii="Arial" w:hAnsi="Arial" w:cs="Arial"/>
          <w:color w:val="122D41"/>
          <w:sz w:val="22"/>
        </w:rPr>
        <w:t xml:space="preserve"> to help the public understand Great Lakes</w:t>
      </w:r>
      <w:r w:rsidR="00397FC7">
        <w:rPr>
          <w:rFonts w:ascii="Arial" w:hAnsi="Arial" w:cs="Arial"/>
          <w:color w:val="122D41"/>
          <w:sz w:val="22"/>
        </w:rPr>
        <w:t xml:space="preserve"> monitoring</w:t>
      </w:r>
      <w:r w:rsidR="003A2CF0" w:rsidRPr="000C717C">
        <w:rPr>
          <w:rFonts w:ascii="Arial" w:hAnsi="Arial" w:cs="Arial"/>
          <w:color w:val="122D41"/>
          <w:sz w:val="22"/>
        </w:rPr>
        <w:t>.</w:t>
      </w:r>
    </w:p>
    <w:p w14:paraId="27C137C0" w14:textId="77777777" w:rsidR="003A2CF0" w:rsidRPr="000C717C" w:rsidRDefault="003A2CF0">
      <w:pPr>
        <w:spacing w:after="180"/>
        <w:rPr>
          <w:rFonts w:ascii="Arial" w:hAnsi="Arial" w:cs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595840" w:rsidRPr="000C717C" w14:paraId="3A9328AC" w14:textId="77777777">
        <w:tc>
          <w:tcPr>
            <w:tcW w:w="10166" w:type="dxa"/>
            <w:shd w:val="clear" w:color="auto" w:fill="FFF8E9"/>
            <w:tcMar>
              <w:top w:w="125" w:type="dxa"/>
              <w:left w:w="175" w:type="dxa"/>
              <w:bottom w:w="110" w:type="dxa"/>
              <w:right w:w="175" w:type="dxa"/>
            </w:tcMar>
          </w:tcPr>
          <w:p w14:paraId="5825BB66" w14:textId="27677895" w:rsidR="00595840" w:rsidRPr="000C717C" w:rsidRDefault="00000000">
            <w:pPr>
              <w:spacing w:after="0"/>
              <w:rPr>
                <w:rFonts w:ascii="Arial" w:hAnsi="Arial" w:cs="Arial"/>
                <w:sz w:val="24"/>
                <w:szCs w:val="28"/>
              </w:rPr>
            </w:pPr>
            <w:r w:rsidRPr="000C717C">
              <w:rPr>
                <w:rFonts w:ascii="Arial" w:hAnsi="Arial" w:cs="Arial"/>
                <w:b/>
                <w:color w:val="122D41"/>
                <w:sz w:val="24"/>
                <w:szCs w:val="28"/>
              </w:rPr>
              <w:t xml:space="preserve">This round is about your idea, not a finished project. </w:t>
            </w:r>
            <w:r w:rsidRPr="000C717C">
              <w:rPr>
                <w:rFonts w:ascii="Arial" w:hAnsi="Arial" w:cs="Arial"/>
                <w:sz w:val="22"/>
                <w:szCs w:val="28"/>
              </w:rPr>
              <w:t>Enter on your own or with a team. Hand sketches, simple mockups, and CAD models are all welcome. T</w:t>
            </w:r>
            <w:r w:rsidR="0003477E">
              <w:rPr>
                <w:rFonts w:ascii="Arial" w:hAnsi="Arial" w:cs="Arial"/>
                <w:sz w:val="22"/>
                <w:szCs w:val="28"/>
              </w:rPr>
              <w:t>op</w:t>
            </w:r>
            <w:r w:rsidRPr="000C717C">
              <w:rPr>
                <w:rFonts w:ascii="Arial" w:hAnsi="Arial" w:cs="Arial"/>
                <w:sz w:val="22"/>
                <w:szCs w:val="28"/>
              </w:rPr>
              <w:t xml:space="preserve"> ideas will be selected for Round 2, </w:t>
            </w:r>
            <w:r w:rsidR="0003477E">
              <w:rPr>
                <w:rFonts w:ascii="Arial" w:hAnsi="Arial" w:cs="Arial"/>
                <w:sz w:val="22"/>
                <w:szCs w:val="28"/>
              </w:rPr>
              <w:t>in which</w:t>
            </w:r>
            <w:r w:rsidRPr="000C717C">
              <w:rPr>
                <w:rFonts w:ascii="Arial" w:hAnsi="Arial" w:cs="Arial"/>
                <w:sz w:val="22"/>
                <w:szCs w:val="28"/>
              </w:rPr>
              <w:t xml:space="preserve"> teams will get resources and a budget to build their concepts. No previous design or coding experience is needed.</w:t>
            </w:r>
            <w:r w:rsidR="000C717C" w:rsidRPr="000C717C">
              <w:rPr>
                <w:rFonts w:ascii="Arial" w:hAnsi="Arial" w:cs="Arial"/>
                <w:sz w:val="22"/>
                <w:szCs w:val="28"/>
              </w:rPr>
              <w:br/>
            </w:r>
            <w:r w:rsidR="000C717C" w:rsidRPr="000C717C">
              <w:rPr>
                <w:rFonts w:ascii="Arial" w:hAnsi="Arial" w:cs="Arial"/>
                <w:sz w:val="22"/>
                <w:szCs w:val="28"/>
              </w:rPr>
              <w:br/>
            </w:r>
            <w:r w:rsidR="000C717C" w:rsidRPr="000C717C">
              <w:rPr>
                <w:rFonts w:ascii="Arial" w:hAnsi="Arial" w:cs="Arial"/>
                <w:b/>
                <w:bCs/>
                <w:sz w:val="22"/>
                <w:szCs w:val="28"/>
              </w:rPr>
              <w:t xml:space="preserve">JUDGING </w:t>
            </w:r>
            <w:r w:rsidR="000C717C" w:rsidRPr="000C717C">
              <w:rPr>
                <w:rFonts w:ascii="Arial" w:hAnsi="Arial" w:cs="Arial"/>
                <w:sz w:val="22"/>
                <w:szCs w:val="28"/>
              </w:rPr>
              <w:t>will be based on creativity, feasibility and community engagement.</w:t>
            </w:r>
          </w:p>
        </w:tc>
      </w:tr>
    </w:tbl>
    <w:p w14:paraId="3A8C288D" w14:textId="77777777" w:rsidR="00595840" w:rsidRDefault="00595840">
      <w:pPr>
        <w:spacing w:after="0"/>
        <w:rPr>
          <w:rFonts w:ascii="Arial" w:hAnsi="Arial" w:cs="Arial"/>
          <w:sz w:val="24"/>
          <w:szCs w:val="28"/>
        </w:rPr>
      </w:pPr>
    </w:p>
    <w:p w14:paraId="5DBECFA6" w14:textId="77777777" w:rsidR="003A2CF0" w:rsidRDefault="003A2CF0">
      <w:pPr>
        <w:spacing w:after="0"/>
        <w:rPr>
          <w:rFonts w:ascii="Arial" w:hAnsi="Arial" w:cs="Arial"/>
          <w:sz w:val="24"/>
          <w:szCs w:val="28"/>
        </w:rPr>
      </w:pPr>
    </w:p>
    <w:p w14:paraId="54DC2FCB" w14:textId="77777777" w:rsidR="003A2CF0" w:rsidRPr="000C717C" w:rsidRDefault="003A2CF0">
      <w:pPr>
        <w:spacing w:after="0"/>
        <w:rPr>
          <w:rFonts w:ascii="Arial" w:hAnsi="Arial" w:cs="Arial"/>
          <w:sz w:val="24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595840" w:rsidRPr="000C717C" w14:paraId="4765BAB7" w14:textId="77777777">
        <w:trPr>
          <w:trHeight w:val="403"/>
        </w:trPr>
        <w:tc>
          <w:tcPr>
            <w:tcW w:w="10166" w:type="dxa"/>
            <w:shd w:val="clear" w:color="auto" w:fill="EAF3F3"/>
            <w:tcMar>
              <w:top w:w="70" w:type="dxa"/>
              <w:left w:w="125" w:type="dxa"/>
              <w:bottom w:w="65" w:type="dxa"/>
              <w:right w:w="120" w:type="dxa"/>
            </w:tcMar>
          </w:tcPr>
          <w:p w14:paraId="7420D60C" w14:textId="77777777" w:rsidR="00844407" w:rsidRDefault="00844407">
            <w:pPr>
              <w:spacing w:after="0"/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b/>
                <w:color w:val="186A79"/>
                <w:sz w:val="22"/>
                <w:szCs w:val="28"/>
              </w:rPr>
              <w:t>DUE ·  DEC 3, 2026, 11:59 PM ET</w:t>
            </w:r>
            <w:r w:rsidRPr="000C717C">
              <w:rPr>
                <w:rFonts w:ascii="Arial" w:hAnsi="Arial" w:cs="Arial"/>
                <w:sz w:val="22"/>
                <w:szCs w:val="28"/>
              </w:rPr>
              <w:t xml:space="preserve">    </w:t>
            </w:r>
          </w:p>
          <w:p w14:paraId="37514AE8" w14:textId="77777777" w:rsidR="00844407" w:rsidRDefault="00844407">
            <w:pPr>
              <w:spacing w:after="0"/>
              <w:rPr>
                <w:rFonts w:ascii="Arial" w:hAnsi="Arial" w:cs="Arial"/>
                <w:sz w:val="22"/>
                <w:szCs w:val="28"/>
              </w:rPr>
            </w:pPr>
          </w:p>
          <w:p w14:paraId="2DFC6970" w14:textId="0DC834ED" w:rsidR="00595840" w:rsidRPr="000C717C" w:rsidRDefault="00000000">
            <w:pPr>
              <w:spacing w:after="0"/>
              <w:rPr>
                <w:rFonts w:ascii="Arial" w:hAnsi="Arial" w:cs="Arial"/>
                <w:sz w:val="24"/>
                <w:szCs w:val="28"/>
              </w:rPr>
            </w:pPr>
            <w:r w:rsidRPr="000C717C">
              <w:rPr>
                <w:rFonts w:ascii="Arial" w:hAnsi="Arial" w:cs="Arial"/>
                <w:sz w:val="22"/>
                <w:szCs w:val="28"/>
              </w:rPr>
              <w:t xml:space="preserve">Submit </w:t>
            </w:r>
            <w:r w:rsidR="000C717C" w:rsidRPr="000C717C">
              <w:rPr>
                <w:rFonts w:ascii="Arial" w:hAnsi="Arial" w:cs="Arial"/>
                <w:sz w:val="22"/>
                <w:szCs w:val="28"/>
              </w:rPr>
              <w:t xml:space="preserve">a word document or pdf of this completed template by email to </w:t>
            </w:r>
            <w:hyperlink r:id="rId8" w:history="1">
              <w:r w:rsidR="000C717C" w:rsidRPr="000C717C">
                <w:rPr>
                  <w:rStyle w:val="Hyperlink"/>
                  <w:rFonts w:ascii="Arial" w:hAnsi="Arial" w:cs="Arial"/>
                  <w:sz w:val="22"/>
                  <w:szCs w:val="28"/>
                </w:rPr>
                <w:t>Edward.Millar@uwindsor.ca</w:t>
              </w:r>
            </w:hyperlink>
            <w:r w:rsidR="000C717C" w:rsidRPr="000C717C">
              <w:rPr>
                <w:rFonts w:ascii="Arial" w:hAnsi="Arial" w:cs="Arial"/>
                <w:sz w:val="22"/>
                <w:szCs w:val="28"/>
              </w:rPr>
              <w:t xml:space="preserve"> and CC </w:t>
            </w:r>
            <w:hyperlink r:id="rId9" w:history="1">
              <w:r w:rsidR="00A854EF">
                <w:rPr>
                  <w:rStyle w:val="Hyperlink"/>
                  <w:rFonts w:ascii="Arial" w:hAnsi="Arial" w:cs="Arial"/>
                  <w:sz w:val="22"/>
                  <w:szCs w:val="28"/>
                </w:rPr>
                <w:t>info@raeonhacks.com</w:t>
              </w:r>
            </w:hyperlink>
            <w:r w:rsidR="000C717C" w:rsidRPr="000C717C">
              <w:rPr>
                <w:rFonts w:ascii="Arial" w:hAnsi="Arial" w:cs="Arial"/>
                <w:sz w:val="22"/>
                <w:szCs w:val="28"/>
              </w:rPr>
              <w:t xml:space="preserve"> .</w:t>
            </w:r>
            <w:r w:rsidR="00830ADA">
              <w:rPr>
                <w:rFonts w:ascii="Arial" w:hAnsi="Arial" w:cs="Arial"/>
                <w:sz w:val="22"/>
                <w:szCs w:val="28"/>
              </w:rPr>
              <w:br/>
            </w:r>
          </w:p>
        </w:tc>
      </w:tr>
      <w:tr w:rsidR="00595840" w:rsidRPr="000C717C" w14:paraId="60BD2591" w14:textId="77777777">
        <w:trPr>
          <w:trHeight w:val="403"/>
        </w:trPr>
        <w:tc>
          <w:tcPr>
            <w:tcW w:w="10166" w:type="dxa"/>
            <w:shd w:val="clear" w:color="auto" w:fill="F5F8F8"/>
            <w:tcMar>
              <w:top w:w="70" w:type="dxa"/>
              <w:left w:w="125" w:type="dxa"/>
              <w:bottom w:w="65" w:type="dxa"/>
              <w:right w:w="120" w:type="dxa"/>
            </w:tcMar>
          </w:tcPr>
          <w:p w14:paraId="24B8CDD5" w14:textId="4DBD60EB" w:rsidR="00595840" w:rsidRPr="000C717C" w:rsidRDefault="00000000">
            <w:pPr>
              <w:spacing w:after="0"/>
              <w:rPr>
                <w:rFonts w:ascii="Arial" w:hAnsi="Arial" w:cs="Arial"/>
                <w:sz w:val="24"/>
                <w:szCs w:val="28"/>
              </w:rPr>
            </w:pPr>
            <w:r w:rsidRPr="000C717C">
              <w:rPr>
                <w:rFonts w:ascii="Arial" w:hAnsi="Arial" w:cs="Arial"/>
                <w:sz w:val="22"/>
                <w:szCs w:val="28"/>
              </w:rPr>
              <w:t xml:space="preserve">Extra </w:t>
            </w:r>
            <w:r w:rsidR="000C717C" w:rsidRPr="000C717C">
              <w:rPr>
                <w:rFonts w:ascii="Arial" w:hAnsi="Arial" w:cs="Arial"/>
                <w:sz w:val="22"/>
                <w:szCs w:val="28"/>
              </w:rPr>
              <w:t xml:space="preserve">design </w:t>
            </w:r>
            <w:r w:rsidRPr="000C717C">
              <w:rPr>
                <w:rFonts w:ascii="Arial" w:hAnsi="Arial" w:cs="Arial"/>
                <w:sz w:val="22"/>
                <w:szCs w:val="28"/>
              </w:rPr>
              <w:t>files</w:t>
            </w:r>
            <w:r w:rsidR="000C717C" w:rsidRPr="000C717C">
              <w:rPr>
                <w:rFonts w:ascii="Arial" w:hAnsi="Arial" w:cs="Arial"/>
                <w:sz w:val="22"/>
                <w:szCs w:val="28"/>
              </w:rPr>
              <w:t xml:space="preserve"> or any documents relevant to your proposal</w:t>
            </w:r>
            <w:r w:rsidRPr="000C717C">
              <w:rPr>
                <w:rFonts w:ascii="Arial" w:hAnsi="Arial" w:cs="Arial"/>
                <w:sz w:val="22"/>
                <w:szCs w:val="28"/>
              </w:rPr>
              <w:t xml:space="preserve"> may be attached </w:t>
            </w:r>
            <w:r w:rsidR="000C717C" w:rsidRPr="000C717C">
              <w:rPr>
                <w:rFonts w:ascii="Arial" w:hAnsi="Arial" w:cs="Arial"/>
                <w:sz w:val="22"/>
                <w:szCs w:val="28"/>
              </w:rPr>
              <w:t>to the email as well</w:t>
            </w:r>
            <w:r w:rsidRPr="000C717C">
              <w:rPr>
                <w:rFonts w:ascii="Arial" w:hAnsi="Arial" w:cs="Arial"/>
                <w:sz w:val="22"/>
                <w:szCs w:val="28"/>
              </w:rPr>
              <w:t>.</w:t>
            </w:r>
          </w:p>
        </w:tc>
      </w:tr>
    </w:tbl>
    <w:p w14:paraId="53570690" w14:textId="4D5AD133" w:rsidR="00595840" w:rsidRDefault="00595840">
      <w:pPr>
        <w:spacing w:before="100" w:after="0"/>
        <w:rPr>
          <w:rFonts w:ascii="Arial" w:hAnsi="Arial" w:cs="Arial"/>
        </w:rPr>
      </w:pPr>
    </w:p>
    <w:p w14:paraId="7BB8D99A" w14:textId="77777777" w:rsidR="003A2CF0" w:rsidRPr="000C717C" w:rsidRDefault="003A2CF0">
      <w:pPr>
        <w:spacing w:before="100" w:after="0"/>
        <w:rPr>
          <w:rFonts w:ascii="Arial" w:hAnsi="Arial" w:cs="Arial"/>
        </w:rPr>
      </w:pPr>
    </w:p>
    <w:p w14:paraId="4CA3A8D0" w14:textId="77777777" w:rsidR="00595840" w:rsidRPr="003A2CF0" w:rsidRDefault="00000000" w:rsidP="003A2CF0">
      <w:pPr>
        <w:pStyle w:val="Heading2"/>
        <w:rPr>
          <w:rFonts w:ascii="Arial" w:hAnsi="Arial" w:cs="Arial"/>
          <w:sz w:val="32"/>
          <w:szCs w:val="40"/>
        </w:rPr>
      </w:pPr>
      <w:r w:rsidRPr="003A2CF0">
        <w:rPr>
          <w:rFonts w:ascii="Arial" w:hAnsi="Arial" w:cs="Arial"/>
          <w:sz w:val="32"/>
          <w:szCs w:val="40"/>
        </w:rPr>
        <w:t>Your details</w:t>
      </w:r>
    </w:p>
    <w:p w14:paraId="0C57CE91" w14:textId="77777777" w:rsidR="00830ADA" w:rsidRPr="00830ADA" w:rsidRDefault="00830ADA" w:rsidP="00830ADA">
      <w:pPr>
        <w:rPr>
          <w:rFonts w:hint="eastAsi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595840" w:rsidRPr="000C717C" w14:paraId="4C84544C" w14:textId="77777777">
        <w:tc>
          <w:tcPr>
            <w:tcW w:w="5083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3F7F7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3D901FFC" w14:textId="77777777" w:rsidR="00595840" w:rsidRPr="000C717C" w:rsidRDefault="00000000">
            <w:pPr>
              <w:spacing w:after="160"/>
              <w:rPr>
                <w:rFonts w:ascii="Arial" w:hAnsi="Arial" w:cs="Arial"/>
                <w:sz w:val="22"/>
                <w:szCs w:val="24"/>
              </w:rPr>
            </w:pPr>
            <w:r w:rsidRPr="000C717C">
              <w:rPr>
                <w:rFonts w:ascii="Arial" w:hAnsi="Arial" w:cs="Arial"/>
                <w:b/>
                <w:color w:val="186A79"/>
                <w:sz w:val="20"/>
                <w:szCs w:val="24"/>
              </w:rPr>
              <w:t>Your name / team name</w:t>
            </w:r>
          </w:p>
          <w:p w14:paraId="5D27DA04" w14:textId="77777777" w:rsidR="00595840" w:rsidRPr="000C717C" w:rsidRDefault="00000000">
            <w:pPr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0C717C">
              <w:rPr>
                <w:rFonts w:ascii="Arial" w:hAnsi="Arial" w:cs="Arial"/>
                <w:i/>
                <w:color w:val="69777D"/>
                <w:sz w:val="20"/>
                <w:szCs w:val="24"/>
              </w:rPr>
              <w:t>Click here to type</w:t>
            </w:r>
          </w:p>
        </w:tc>
        <w:tc>
          <w:tcPr>
            <w:tcW w:w="5083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3F7F7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5CE3B2A1" w14:textId="77777777" w:rsidR="00595840" w:rsidRPr="000C717C" w:rsidRDefault="00000000">
            <w:pPr>
              <w:spacing w:after="160"/>
              <w:rPr>
                <w:rFonts w:ascii="Arial" w:hAnsi="Arial" w:cs="Arial"/>
                <w:sz w:val="22"/>
                <w:szCs w:val="24"/>
              </w:rPr>
            </w:pPr>
            <w:r w:rsidRPr="000C717C">
              <w:rPr>
                <w:rFonts w:ascii="Arial" w:hAnsi="Arial" w:cs="Arial"/>
                <w:b/>
                <w:color w:val="186A79"/>
                <w:sz w:val="20"/>
                <w:szCs w:val="24"/>
              </w:rPr>
              <w:t>School / institution</w:t>
            </w:r>
          </w:p>
          <w:p w14:paraId="2648A8E6" w14:textId="77777777" w:rsidR="00595840" w:rsidRPr="000C717C" w:rsidRDefault="00000000">
            <w:pPr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0C717C">
              <w:rPr>
                <w:rFonts w:ascii="Arial" w:hAnsi="Arial" w:cs="Arial"/>
                <w:i/>
                <w:color w:val="69777D"/>
                <w:sz w:val="20"/>
                <w:szCs w:val="24"/>
              </w:rPr>
              <w:t>Click here to type</w:t>
            </w:r>
          </w:p>
        </w:tc>
      </w:tr>
      <w:tr w:rsidR="00595840" w:rsidRPr="000C717C" w14:paraId="12052C43" w14:textId="77777777">
        <w:tc>
          <w:tcPr>
            <w:tcW w:w="5083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3F7F7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0BA2D229" w14:textId="77777777" w:rsidR="00595840" w:rsidRPr="000C717C" w:rsidRDefault="00000000">
            <w:pPr>
              <w:spacing w:after="160"/>
              <w:rPr>
                <w:rFonts w:ascii="Arial" w:hAnsi="Arial" w:cs="Arial"/>
                <w:sz w:val="22"/>
                <w:szCs w:val="24"/>
              </w:rPr>
            </w:pPr>
            <w:r w:rsidRPr="000C717C">
              <w:rPr>
                <w:rFonts w:ascii="Arial" w:hAnsi="Arial" w:cs="Arial"/>
                <w:b/>
                <w:color w:val="186A79"/>
                <w:sz w:val="20"/>
                <w:szCs w:val="24"/>
              </w:rPr>
              <w:t>Team members (if any)</w:t>
            </w:r>
          </w:p>
          <w:p w14:paraId="00652D9D" w14:textId="77777777" w:rsidR="00595840" w:rsidRPr="000C717C" w:rsidRDefault="00000000">
            <w:pPr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0C717C">
              <w:rPr>
                <w:rFonts w:ascii="Arial" w:hAnsi="Arial" w:cs="Arial"/>
                <w:i/>
                <w:color w:val="69777D"/>
                <w:sz w:val="20"/>
                <w:szCs w:val="24"/>
              </w:rPr>
              <w:t>Click here to type</w:t>
            </w:r>
          </w:p>
        </w:tc>
        <w:tc>
          <w:tcPr>
            <w:tcW w:w="5083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3F7F7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449394C9" w14:textId="77777777" w:rsidR="00595840" w:rsidRPr="000C717C" w:rsidRDefault="00000000">
            <w:pPr>
              <w:spacing w:after="160"/>
              <w:rPr>
                <w:rFonts w:ascii="Arial" w:hAnsi="Arial" w:cs="Arial"/>
                <w:sz w:val="22"/>
                <w:szCs w:val="24"/>
              </w:rPr>
            </w:pPr>
            <w:r w:rsidRPr="000C717C">
              <w:rPr>
                <w:rFonts w:ascii="Arial" w:hAnsi="Arial" w:cs="Arial"/>
                <w:b/>
                <w:color w:val="186A79"/>
                <w:sz w:val="20"/>
                <w:szCs w:val="24"/>
              </w:rPr>
              <w:t>Contact email</w:t>
            </w:r>
          </w:p>
          <w:p w14:paraId="6CBFB810" w14:textId="77777777" w:rsidR="00595840" w:rsidRPr="000C717C" w:rsidRDefault="00000000">
            <w:pPr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0C717C">
              <w:rPr>
                <w:rFonts w:ascii="Arial" w:hAnsi="Arial" w:cs="Arial"/>
                <w:i/>
                <w:color w:val="69777D"/>
                <w:sz w:val="20"/>
                <w:szCs w:val="24"/>
              </w:rPr>
              <w:t>Click here to type</w:t>
            </w:r>
          </w:p>
        </w:tc>
      </w:tr>
    </w:tbl>
    <w:p w14:paraId="78C689A8" w14:textId="77777777" w:rsidR="00595840" w:rsidRDefault="00595840">
      <w:pPr>
        <w:spacing w:after="0"/>
        <w:rPr>
          <w:rFonts w:ascii="Arial" w:hAnsi="Arial" w:cs="Arial"/>
          <w:sz w:val="22"/>
          <w:szCs w:val="24"/>
        </w:rPr>
      </w:pPr>
    </w:p>
    <w:p w14:paraId="3297F5D8" w14:textId="77777777" w:rsidR="00844407" w:rsidRDefault="00844407">
      <w:pPr>
        <w:spacing w:after="0"/>
        <w:rPr>
          <w:rFonts w:ascii="Arial" w:hAnsi="Arial" w:cs="Arial"/>
          <w:sz w:val="22"/>
          <w:szCs w:val="24"/>
        </w:rPr>
      </w:pPr>
    </w:p>
    <w:p w14:paraId="631513BE" w14:textId="77777777" w:rsidR="00844407" w:rsidRDefault="00844407">
      <w:pPr>
        <w:spacing w:after="0"/>
        <w:rPr>
          <w:rFonts w:ascii="Arial" w:hAnsi="Arial" w:cs="Arial"/>
          <w:sz w:val="22"/>
          <w:szCs w:val="24"/>
        </w:rPr>
      </w:pPr>
    </w:p>
    <w:p w14:paraId="2639DF11" w14:textId="77777777" w:rsidR="00844407" w:rsidRDefault="00844407">
      <w:pPr>
        <w:spacing w:after="0"/>
        <w:rPr>
          <w:rFonts w:ascii="Arial" w:hAnsi="Arial" w:cs="Arial"/>
          <w:sz w:val="22"/>
          <w:szCs w:val="24"/>
        </w:rPr>
      </w:pPr>
    </w:p>
    <w:p w14:paraId="5410D054" w14:textId="77777777" w:rsidR="00844407" w:rsidRDefault="00844407">
      <w:pPr>
        <w:spacing w:after="0"/>
        <w:rPr>
          <w:rFonts w:ascii="Arial" w:hAnsi="Arial" w:cs="Arial"/>
          <w:sz w:val="22"/>
          <w:szCs w:val="24"/>
        </w:rPr>
      </w:pPr>
    </w:p>
    <w:p w14:paraId="53376630" w14:textId="77777777" w:rsidR="00844407" w:rsidRDefault="00844407">
      <w:pPr>
        <w:spacing w:after="0"/>
        <w:rPr>
          <w:rFonts w:ascii="Arial" w:hAnsi="Arial" w:cs="Arial"/>
          <w:sz w:val="22"/>
          <w:szCs w:val="24"/>
        </w:rPr>
      </w:pPr>
    </w:p>
    <w:p w14:paraId="44A00A01" w14:textId="77777777" w:rsidR="00844407" w:rsidRDefault="00844407">
      <w:pPr>
        <w:spacing w:after="0"/>
        <w:rPr>
          <w:rFonts w:ascii="Arial" w:hAnsi="Arial" w:cs="Arial"/>
          <w:sz w:val="22"/>
          <w:szCs w:val="24"/>
        </w:rPr>
      </w:pPr>
    </w:p>
    <w:p w14:paraId="5BFCD4E1" w14:textId="77777777" w:rsidR="00844407" w:rsidRDefault="00844407">
      <w:pPr>
        <w:spacing w:after="0"/>
        <w:rPr>
          <w:rFonts w:ascii="Arial" w:hAnsi="Arial" w:cs="Arial"/>
          <w:sz w:val="22"/>
          <w:szCs w:val="24"/>
        </w:rPr>
      </w:pPr>
    </w:p>
    <w:p w14:paraId="76011940" w14:textId="77777777" w:rsidR="00844407" w:rsidRDefault="00844407">
      <w:pPr>
        <w:spacing w:after="0"/>
        <w:rPr>
          <w:rFonts w:ascii="Arial" w:hAnsi="Arial" w:cs="Arial"/>
          <w:sz w:val="22"/>
          <w:szCs w:val="24"/>
        </w:rPr>
      </w:pPr>
    </w:p>
    <w:p w14:paraId="66D5B4ED" w14:textId="77777777" w:rsidR="00844407" w:rsidRDefault="00844407">
      <w:pPr>
        <w:spacing w:after="0"/>
        <w:rPr>
          <w:rFonts w:ascii="Arial" w:hAnsi="Arial" w:cs="Arial"/>
          <w:sz w:val="22"/>
          <w:szCs w:val="24"/>
        </w:rPr>
      </w:pPr>
    </w:p>
    <w:p w14:paraId="7DF34FAB" w14:textId="77777777" w:rsidR="00844407" w:rsidRDefault="00844407">
      <w:pPr>
        <w:spacing w:after="0"/>
        <w:rPr>
          <w:rFonts w:ascii="Arial" w:hAnsi="Arial" w:cs="Arial"/>
          <w:sz w:val="22"/>
          <w:szCs w:val="24"/>
        </w:rPr>
      </w:pPr>
    </w:p>
    <w:p w14:paraId="18F8D502" w14:textId="1FD81841" w:rsidR="00844407" w:rsidRDefault="00844407" w:rsidP="0066170F">
      <w:pPr>
        <w:pageBreakBefore/>
        <w:spacing w:before="40" w:after="40" w:line="480" w:lineRule="auto"/>
        <w:rPr>
          <w:rFonts w:ascii="Arial" w:hAnsi="Arial" w:cs="Arial"/>
          <w:b/>
          <w:color w:val="122D41"/>
          <w:sz w:val="40"/>
          <w:szCs w:val="24"/>
        </w:rPr>
      </w:pPr>
      <w:r w:rsidRPr="000C717C">
        <w:rPr>
          <w:rFonts w:ascii="Arial" w:hAnsi="Arial" w:cs="Arial"/>
          <w:b/>
          <w:color w:val="122D41"/>
          <w:sz w:val="40"/>
          <w:szCs w:val="24"/>
        </w:rPr>
        <w:lastRenderedPageBreak/>
        <w:t>0</w:t>
      </w:r>
      <w:r>
        <w:rPr>
          <w:rFonts w:ascii="Arial" w:hAnsi="Arial" w:cs="Arial"/>
          <w:b/>
          <w:color w:val="122D41"/>
          <w:sz w:val="40"/>
          <w:szCs w:val="24"/>
        </w:rPr>
        <w:t>1</w:t>
      </w:r>
      <w:r w:rsidRPr="000C717C">
        <w:rPr>
          <w:rFonts w:ascii="Arial" w:hAnsi="Arial" w:cs="Arial"/>
          <w:b/>
          <w:color w:val="122D41"/>
          <w:sz w:val="40"/>
          <w:szCs w:val="24"/>
        </w:rPr>
        <w:t xml:space="preserve">  /  </w:t>
      </w:r>
      <w:r>
        <w:rPr>
          <w:rFonts w:ascii="Arial" w:hAnsi="Arial" w:cs="Arial"/>
          <w:b/>
          <w:color w:val="122D41"/>
          <w:sz w:val="40"/>
          <w:szCs w:val="24"/>
        </w:rPr>
        <w:t>IDEA OVERVIEW</w:t>
      </w:r>
    </w:p>
    <w:p w14:paraId="739BE066" w14:textId="16DC3563" w:rsidR="00595840" w:rsidRPr="000C717C" w:rsidRDefault="00000000">
      <w:pPr>
        <w:pStyle w:val="Heading2"/>
        <w:rPr>
          <w:rFonts w:ascii="Arial" w:hAnsi="Arial" w:cs="Arial"/>
          <w:sz w:val="22"/>
          <w:szCs w:val="28"/>
        </w:rPr>
      </w:pPr>
      <w:r w:rsidRPr="000C717C">
        <w:rPr>
          <w:rFonts w:ascii="Arial" w:hAnsi="Arial" w:cs="Arial"/>
          <w:sz w:val="22"/>
          <w:szCs w:val="28"/>
        </w:rPr>
        <w:t>1. What is your idea?</w:t>
      </w:r>
    </w:p>
    <w:p w14:paraId="3DFC9853" w14:textId="77777777" w:rsidR="00595840" w:rsidRDefault="00000000">
      <w:pPr>
        <w:spacing w:after="80"/>
        <w:rPr>
          <w:rFonts w:ascii="Arial" w:hAnsi="Arial" w:cs="Arial"/>
          <w:i/>
          <w:color w:val="69777D"/>
          <w:sz w:val="20"/>
          <w:szCs w:val="24"/>
        </w:rPr>
      </w:pPr>
      <w:r w:rsidRPr="000C717C">
        <w:rPr>
          <w:rFonts w:ascii="Arial" w:hAnsi="Arial" w:cs="Arial"/>
          <w:i/>
          <w:color w:val="69777D"/>
          <w:sz w:val="20"/>
          <w:szCs w:val="24"/>
        </w:rPr>
        <w:t>In 2–4 sentences, tell us what you want to create. No technical explanation is required.</w:t>
      </w:r>
    </w:p>
    <w:p w14:paraId="046F1808" w14:textId="77777777" w:rsidR="00B9142D" w:rsidRPr="000C717C" w:rsidRDefault="00B9142D">
      <w:pPr>
        <w:spacing w:after="80"/>
        <w:rPr>
          <w:rFonts w:ascii="Arial" w:hAnsi="Arial" w:cs="Arial"/>
          <w:sz w:val="22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595840" w:rsidRPr="000C717C" w14:paraId="42429046" w14:textId="77777777">
        <w:trPr>
          <w:trHeight w:val="965"/>
        </w:trPr>
        <w:tc>
          <w:tcPr>
            <w:tcW w:w="10166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83B45FF" w14:textId="77777777" w:rsidR="00595840" w:rsidRDefault="00000000">
            <w:pPr>
              <w:spacing w:after="0"/>
              <w:rPr>
                <w:rFonts w:ascii="Arial" w:hAnsi="Arial" w:cs="Arial"/>
                <w:i/>
                <w:color w:val="69777D"/>
                <w:sz w:val="20"/>
                <w:szCs w:val="24"/>
              </w:rPr>
            </w:pPr>
            <w:r w:rsidRPr="000C717C">
              <w:rPr>
                <w:rFonts w:ascii="Arial" w:hAnsi="Arial" w:cs="Arial"/>
                <w:i/>
                <w:color w:val="69777D"/>
                <w:sz w:val="20"/>
                <w:szCs w:val="24"/>
              </w:rPr>
              <w:t>My idea is…</w:t>
            </w:r>
          </w:p>
          <w:p w14:paraId="1E6C77F4" w14:textId="77777777" w:rsidR="00B9142D" w:rsidRPr="000C717C" w:rsidRDefault="00B9142D">
            <w:pPr>
              <w:spacing w:after="0"/>
              <w:rPr>
                <w:rFonts w:ascii="Arial" w:hAnsi="Arial" w:cs="Arial"/>
                <w:sz w:val="22"/>
                <w:szCs w:val="24"/>
              </w:rPr>
            </w:pPr>
          </w:p>
        </w:tc>
      </w:tr>
    </w:tbl>
    <w:p w14:paraId="0EA5B5F5" w14:textId="77777777" w:rsidR="00595840" w:rsidRPr="000C717C" w:rsidRDefault="00595840">
      <w:pPr>
        <w:spacing w:after="0"/>
        <w:rPr>
          <w:rFonts w:ascii="Arial" w:hAnsi="Arial" w:cs="Arial"/>
          <w:sz w:val="22"/>
          <w:szCs w:val="24"/>
        </w:rPr>
      </w:pPr>
    </w:p>
    <w:p w14:paraId="06423A65" w14:textId="6360E83D" w:rsidR="00595840" w:rsidRPr="000C717C" w:rsidRDefault="00000000">
      <w:pPr>
        <w:pStyle w:val="Heading2"/>
        <w:rPr>
          <w:rFonts w:ascii="Arial" w:hAnsi="Arial" w:cs="Arial"/>
          <w:sz w:val="22"/>
          <w:szCs w:val="28"/>
        </w:rPr>
      </w:pPr>
      <w:r w:rsidRPr="000C717C">
        <w:rPr>
          <w:rFonts w:ascii="Arial" w:hAnsi="Arial" w:cs="Arial"/>
          <w:sz w:val="22"/>
          <w:szCs w:val="28"/>
        </w:rPr>
        <w:t>2.</w:t>
      </w:r>
      <w:r w:rsidR="00554096">
        <w:rPr>
          <w:rFonts w:ascii="Arial" w:hAnsi="Arial" w:cs="Arial"/>
          <w:sz w:val="22"/>
          <w:szCs w:val="28"/>
        </w:rPr>
        <w:t xml:space="preserve"> </w:t>
      </w:r>
      <w:r w:rsidRPr="000C717C">
        <w:rPr>
          <w:rFonts w:ascii="Arial" w:hAnsi="Arial" w:cs="Arial"/>
          <w:sz w:val="22"/>
          <w:szCs w:val="28"/>
        </w:rPr>
        <w:t>What will people see, hear, or do?</w:t>
      </w:r>
      <w:r w:rsidR="00554096">
        <w:rPr>
          <w:rFonts w:ascii="Arial" w:hAnsi="Arial" w:cs="Arial"/>
          <w:sz w:val="22"/>
          <w:szCs w:val="28"/>
        </w:rPr>
        <w:t xml:space="preserve"> </w:t>
      </w:r>
    </w:p>
    <w:p w14:paraId="35C6E59F" w14:textId="77777777" w:rsidR="00595840" w:rsidRDefault="00000000">
      <w:pPr>
        <w:spacing w:after="80"/>
        <w:rPr>
          <w:rFonts w:ascii="Arial" w:hAnsi="Arial" w:cs="Arial"/>
          <w:i/>
          <w:color w:val="69777D"/>
          <w:sz w:val="20"/>
          <w:szCs w:val="24"/>
        </w:rPr>
      </w:pPr>
      <w:r w:rsidRPr="000C717C">
        <w:rPr>
          <w:rFonts w:ascii="Arial" w:hAnsi="Arial" w:cs="Arial"/>
          <w:i/>
          <w:color w:val="69777D"/>
          <w:sz w:val="20"/>
          <w:szCs w:val="24"/>
        </w:rPr>
        <w:t>For example: lights, sounds, a screen/dashboard, a moving object, or a mix of these.</w:t>
      </w:r>
    </w:p>
    <w:p w14:paraId="673625A6" w14:textId="77777777" w:rsidR="0066170F" w:rsidRDefault="0066170F">
      <w:pPr>
        <w:spacing w:after="80"/>
        <w:rPr>
          <w:rFonts w:ascii="Arial" w:hAnsi="Arial" w:cs="Arial"/>
          <w:i/>
          <w:color w:val="69777D"/>
          <w:sz w:val="20"/>
          <w:szCs w:val="24"/>
        </w:rPr>
      </w:pPr>
    </w:p>
    <w:p w14:paraId="3015EDD4" w14:textId="77777777" w:rsidR="00554096" w:rsidRPr="000C717C" w:rsidRDefault="00554096" w:rsidP="00554096">
      <w:pPr>
        <w:pStyle w:val="Heading2"/>
        <w:rPr>
          <w:rFonts w:ascii="Arial" w:hAnsi="Arial" w:cs="Arial"/>
          <w:sz w:val="22"/>
          <w:szCs w:val="28"/>
        </w:rPr>
      </w:pPr>
      <w:r w:rsidRPr="000C717C">
        <w:rPr>
          <w:rFonts w:ascii="Arial" w:hAnsi="Arial" w:cs="Arial"/>
          <w:sz w:val="22"/>
          <w:szCs w:val="28"/>
        </w:rPr>
        <w:t xml:space="preserve">How will the community </w:t>
      </w:r>
      <w:r>
        <w:rPr>
          <w:rFonts w:ascii="Arial" w:hAnsi="Arial" w:cs="Arial"/>
          <w:sz w:val="22"/>
          <w:szCs w:val="28"/>
        </w:rPr>
        <w:t xml:space="preserve">interpret </w:t>
      </w:r>
      <w:r w:rsidRPr="000C717C">
        <w:rPr>
          <w:rFonts w:ascii="Arial" w:hAnsi="Arial" w:cs="Arial"/>
          <w:sz w:val="22"/>
          <w:szCs w:val="28"/>
        </w:rPr>
        <w:t xml:space="preserve">the </w:t>
      </w:r>
      <w:r>
        <w:rPr>
          <w:rFonts w:ascii="Arial" w:hAnsi="Arial" w:cs="Arial"/>
          <w:sz w:val="22"/>
          <w:szCs w:val="28"/>
        </w:rPr>
        <w:t>design</w:t>
      </w:r>
      <w:r w:rsidRPr="000C717C">
        <w:rPr>
          <w:rFonts w:ascii="Arial" w:hAnsi="Arial" w:cs="Arial"/>
          <w:sz w:val="22"/>
          <w:szCs w:val="28"/>
        </w:rPr>
        <w:t>?</w:t>
      </w:r>
    </w:p>
    <w:p w14:paraId="7C5C6080" w14:textId="7EEF0CAD" w:rsidR="00554096" w:rsidRDefault="00554096" w:rsidP="00554096">
      <w:pPr>
        <w:spacing w:after="80"/>
        <w:rPr>
          <w:rFonts w:ascii="Arial" w:hAnsi="Arial" w:cs="Arial"/>
          <w:i/>
          <w:color w:val="69777D"/>
          <w:sz w:val="20"/>
          <w:szCs w:val="24"/>
        </w:rPr>
      </w:pPr>
      <w:r w:rsidRPr="000C717C">
        <w:rPr>
          <w:rFonts w:ascii="Arial" w:hAnsi="Arial" w:cs="Arial"/>
          <w:i/>
          <w:color w:val="69777D"/>
          <w:sz w:val="20"/>
          <w:szCs w:val="24"/>
        </w:rPr>
        <w:t>Describe what your lights, sounds, dashboard graphics, or other signals mean</w:t>
      </w:r>
    </w:p>
    <w:p w14:paraId="5840D13A" w14:textId="77777777" w:rsidR="00554096" w:rsidRPr="00554096" w:rsidRDefault="00554096" w:rsidP="00554096">
      <w:pPr>
        <w:spacing w:after="80"/>
        <w:rPr>
          <w:rFonts w:ascii="Arial" w:hAnsi="Arial" w:cs="Arial"/>
          <w:i/>
          <w:color w:val="69777D"/>
          <w:sz w:val="20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595840" w:rsidRPr="000C717C" w14:paraId="5223855A" w14:textId="77777777">
        <w:trPr>
          <w:trHeight w:val="806"/>
        </w:trPr>
        <w:tc>
          <w:tcPr>
            <w:tcW w:w="10166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A63CFB1" w14:textId="77777777" w:rsidR="00595840" w:rsidRPr="000C717C" w:rsidRDefault="00000000">
            <w:pPr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0C717C">
              <w:rPr>
                <w:rFonts w:ascii="Arial" w:hAnsi="Arial" w:cs="Arial"/>
                <w:i/>
                <w:color w:val="69777D"/>
                <w:sz w:val="20"/>
                <w:szCs w:val="24"/>
              </w:rPr>
              <w:t>A visitor will…</w:t>
            </w:r>
          </w:p>
        </w:tc>
      </w:tr>
    </w:tbl>
    <w:p w14:paraId="43A38A57" w14:textId="77777777" w:rsidR="00595840" w:rsidRPr="000C717C" w:rsidRDefault="00595840">
      <w:pPr>
        <w:spacing w:after="0"/>
        <w:rPr>
          <w:rFonts w:ascii="Arial" w:hAnsi="Arial" w:cs="Arial"/>
          <w:sz w:val="22"/>
          <w:szCs w:val="24"/>
        </w:rPr>
      </w:pPr>
    </w:p>
    <w:p w14:paraId="73FF1181" w14:textId="77777777" w:rsidR="00595840" w:rsidRPr="000C717C" w:rsidRDefault="00000000">
      <w:pPr>
        <w:pageBreakBefore/>
        <w:spacing w:before="40" w:after="40"/>
        <w:rPr>
          <w:rFonts w:ascii="Arial" w:hAnsi="Arial" w:cs="Arial"/>
          <w:sz w:val="22"/>
          <w:szCs w:val="24"/>
        </w:rPr>
      </w:pPr>
      <w:r w:rsidRPr="000C717C">
        <w:rPr>
          <w:rFonts w:ascii="Arial" w:hAnsi="Arial" w:cs="Arial"/>
          <w:b/>
          <w:color w:val="122D41"/>
          <w:sz w:val="40"/>
          <w:szCs w:val="24"/>
        </w:rPr>
        <w:lastRenderedPageBreak/>
        <w:t>02  /  SHOW IT AND EXPLAIN IT</w:t>
      </w:r>
    </w:p>
    <w:p w14:paraId="1B4F8344" w14:textId="2195125E" w:rsidR="00595840" w:rsidRDefault="00000000" w:rsidP="00D86557">
      <w:pPr>
        <w:spacing w:after="220" w:line="240" w:lineRule="auto"/>
        <w:rPr>
          <w:rFonts w:ascii="Arial" w:hAnsi="Arial" w:cs="Arial"/>
          <w:color w:val="69777D"/>
          <w:sz w:val="22"/>
          <w:szCs w:val="24"/>
        </w:rPr>
      </w:pPr>
      <w:r w:rsidRPr="000C717C">
        <w:rPr>
          <w:rFonts w:ascii="Arial" w:hAnsi="Arial" w:cs="Arial"/>
          <w:color w:val="69777D"/>
          <w:sz w:val="22"/>
          <w:szCs w:val="24"/>
        </w:rPr>
        <w:t>You do not need professional drawings. A sketch</w:t>
      </w:r>
      <w:r w:rsidR="00D86557">
        <w:rPr>
          <w:rFonts w:ascii="Arial" w:hAnsi="Arial" w:cs="Arial"/>
          <w:color w:val="69777D"/>
          <w:sz w:val="22"/>
          <w:szCs w:val="24"/>
        </w:rPr>
        <w:t xml:space="preserve"> or CAD model</w:t>
      </w:r>
      <w:r w:rsidRPr="000C717C">
        <w:rPr>
          <w:rFonts w:ascii="Arial" w:hAnsi="Arial" w:cs="Arial"/>
          <w:color w:val="69777D"/>
          <w:sz w:val="22"/>
          <w:szCs w:val="24"/>
        </w:rPr>
        <w:t xml:space="preserve"> or simple mockup can communicate a great idea.</w:t>
      </w:r>
    </w:p>
    <w:p w14:paraId="7689CA4C" w14:textId="77777777" w:rsidR="00D86557" w:rsidRPr="000C717C" w:rsidRDefault="00D86557" w:rsidP="00D86557">
      <w:pPr>
        <w:spacing w:after="220" w:line="240" w:lineRule="auto"/>
        <w:rPr>
          <w:rFonts w:ascii="Arial" w:hAnsi="Arial" w:cs="Arial"/>
          <w:sz w:val="22"/>
          <w:szCs w:val="24"/>
        </w:rPr>
      </w:pPr>
    </w:p>
    <w:p w14:paraId="546B95DA" w14:textId="51277CF5" w:rsidR="00595840" w:rsidRPr="000C717C" w:rsidRDefault="00AB3360">
      <w:pPr>
        <w:pStyle w:val="Heading2"/>
        <w:rPr>
          <w:rFonts w:ascii="Arial" w:hAnsi="Arial" w:cs="Arial"/>
          <w:sz w:val="22"/>
          <w:szCs w:val="28"/>
        </w:rPr>
      </w:pPr>
      <w:r>
        <w:rPr>
          <w:rFonts w:ascii="Arial" w:hAnsi="Arial" w:cs="Arial"/>
          <w:sz w:val="22"/>
          <w:szCs w:val="28"/>
        </w:rPr>
        <w:t>3</w:t>
      </w:r>
      <w:r w:rsidRPr="000C717C">
        <w:rPr>
          <w:rFonts w:ascii="Arial" w:hAnsi="Arial" w:cs="Arial"/>
          <w:sz w:val="22"/>
          <w:szCs w:val="28"/>
        </w:rPr>
        <w:t>. Show us your design</w:t>
      </w:r>
    </w:p>
    <w:p w14:paraId="3E60B758" w14:textId="47B565A9" w:rsidR="00595840" w:rsidRDefault="00000000">
      <w:pPr>
        <w:spacing w:after="80"/>
        <w:rPr>
          <w:rFonts w:ascii="Arial" w:hAnsi="Arial" w:cs="Arial"/>
          <w:i/>
          <w:color w:val="69777D"/>
          <w:sz w:val="20"/>
          <w:szCs w:val="24"/>
        </w:rPr>
      </w:pPr>
      <w:r w:rsidRPr="000C717C">
        <w:rPr>
          <w:rFonts w:ascii="Arial" w:hAnsi="Arial" w:cs="Arial"/>
          <w:i/>
          <w:color w:val="69777D"/>
          <w:sz w:val="20"/>
          <w:szCs w:val="24"/>
        </w:rPr>
        <w:t>Paste a sketch, screenshot, diagram, or render below. You can attach extra image/design files separately. Hand drawings, Canva, SketchUp, Blender, SolidWorks and other tools are welcome.</w:t>
      </w:r>
    </w:p>
    <w:p w14:paraId="089CF990" w14:textId="77777777" w:rsidR="000B3A15" w:rsidRDefault="000B3A15">
      <w:pPr>
        <w:spacing w:after="80"/>
        <w:rPr>
          <w:rFonts w:ascii="Arial" w:hAnsi="Arial" w:cs="Arial"/>
          <w:i/>
          <w:color w:val="69777D"/>
          <w:sz w:val="20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FA7E24" w14:paraId="7F382903" w14:textId="77777777" w:rsidTr="00A82BCA">
        <w:trPr>
          <w:trHeight w:val="4363"/>
        </w:trPr>
        <w:tc>
          <w:tcPr>
            <w:tcW w:w="10166" w:type="dxa"/>
            <w:tcBorders>
              <w:top w:val="single" w:sz="10" w:space="0" w:color="94BBC0"/>
              <w:left w:val="single" w:sz="10" w:space="0" w:color="94BBC0"/>
              <w:bottom w:val="single" w:sz="10" w:space="0" w:color="94BBC0"/>
              <w:right w:val="single" w:sz="10" w:space="0" w:color="94BBC0"/>
            </w:tcBorders>
            <w:shd w:val="clear" w:color="auto" w:fill="F5F9F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A274F73" w14:textId="1EC1030D" w:rsidR="00FA7E24" w:rsidRDefault="00FA7E24" w:rsidP="00A82BCA">
            <w:pPr>
              <w:spacing w:before="760"/>
              <w:jc w:val="center"/>
              <w:rPr>
                <w:rFonts w:hint="eastAsia"/>
              </w:rPr>
            </w:pPr>
            <w:r>
              <w:rPr>
                <w:b/>
                <w:color w:val="186A79"/>
                <w:sz w:val="24"/>
              </w:rPr>
              <w:t>YOUR SKETCH / DESIGN GOES HERE. PUT AS MANY IMAGES AS YOU NEED</w:t>
            </w:r>
          </w:p>
          <w:p w14:paraId="111FB97C" w14:textId="4C183828" w:rsidR="00FA7E24" w:rsidRDefault="00FA7E24" w:rsidP="00A82BCA">
            <w:pPr>
              <w:spacing w:after="40"/>
              <w:jc w:val="center"/>
              <w:rPr>
                <w:rFonts w:hint="eastAsia"/>
              </w:rPr>
            </w:pPr>
            <w:r>
              <w:rPr>
                <w:i/>
                <w:color w:val="69777D"/>
                <w:sz w:val="18"/>
              </w:rPr>
              <w:t>In Word: Insert → Pictures, or paste a screenshot here. Please put text/captions to label the image so we know what it is i.e. “Battery Box” ; “Display Stand” etc.</w:t>
            </w:r>
          </w:p>
          <w:p w14:paraId="091B8133" w14:textId="582F35B0" w:rsidR="00FA7E24" w:rsidRDefault="00FA7E24" w:rsidP="00A82BCA">
            <w:pPr>
              <w:jc w:val="center"/>
              <w:rPr>
                <w:rFonts w:hint="eastAsia"/>
              </w:rPr>
            </w:pPr>
          </w:p>
        </w:tc>
      </w:tr>
    </w:tbl>
    <w:p w14:paraId="665DB15C" w14:textId="77777777" w:rsidR="00B9142D" w:rsidRPr="000C717C" w:rsidRDefault="00B9142D">
      <w:pPr>
        <w:spacing w:after="80"/>
        <w:rPr>
          <w:rFonts w:ascii="Arial" w:hAnsi="Arial" w:cs="Arial"/>
          <w:sz w:val="22"/>
          <w:szCs w:val="24"/>
        </w:rPr>
      </w:pPr>
    </w:p>
    <w:p w14:paraId="0E28A6BA" w14:textId="77777777" w:rsidR="00595840" w:rsidRDefault="00595840">
      <w:pPr>
        <w:spacing w:after="0"/>
        <w:rPr>
          <w:rFonts w:ascii="Arial" w:hAnsi="Arial" w:cs="Arial"/>
          <w:sz w:val="22"/>
          <w:szCs w:val="24"/>
        </w:rPr>
      </w:pPr>
    </w:p>
    <w:p w14:paraId="62B5FA13" w14:textId="77777777" w:rsidR="00595840" w:rsidRPr="000C717C" w:rsidRDefault="00000000">
      <w:pPr>
        <w:pageBreakBefore/>
        <w:spacing w:before="40" w:after="40"/>
        <w:rPr>
          <w:rFonts w:ascii="Arial" w:hAnsi="Arial" w:cs="Arial"/>
          <w:sz w:val="22"/>
          <w:szCs w:val="24"/>
        </w:rPr>
      </w:pPr>
      <w:r w:rsidRPr="000C717C">
        <w:rPr>
          <w:rFonts w:ascii="Arial" w:hAnsi="Arial" w:cs="Arial"/>
          <w:b/>
          <w:color w:val="122D41"/>
          <w:sz w:val="40"/>
          <w:szCs w:val="24"/>
        </w:rPr>
        <w:lastRenderedPageBreak/>
        <w:t>03  /  BUDGET AND NEXT STEPS</w:t>
      </w:r>
    </w:p>
    <w:p w14:paraId="7A478377" w14:textId="00C994AF" w:rsidR="00595840" w:rsidRPr="000C717C" w:rsidRDefault="00B9142D">
      <w:pPr>
        <w:spacing w:after="220"/>
        <w:rPr>
          <w:rFonts w:ascii="Arial" w:hAnsi="Arial" w:cs="Arial"/>
          <w:sz w:val="22"/>
          <w:szCs w:val="24"/>
        </w:rPr>
      </w:pPr>
      <w:r w:rsidRPr="00B9142D">
        <w:rPr>
          <w:rFonts w:ascii="Arial" w:hAnsi="Arial" w:cs="Arial"/>
          <w:b/>
          <w:bCs/>
          <w:sz w:val="22"/>
          <w:szCs w:val="28"/>
        </w:rPr>
        <w:t>You do not need to buy or build anything for Round 1.</w:t>
      </w:r>
      <w:r w:rsidR="00A42676">
        <w:rPr>
          <w:rFonts w:ascii="Arial" w:hAnsi="Arial" w:cs="Arial"/>
          <w:b/>
          <w:bCs/>
          <w:sz w:val="22"/>
          <w:szCs w:val="28"/>
        </w:rPr>
        <w:t xml:space="preserve"> </w:t>
      </w:r>
      <w:r w:rsidRPr="000C717C">
        <w:rPr>
          <w:rFonts w:ascii="Arial" w:hAnsi="Arial" w:cs="Arial"/>
          <w:color w:val="69777D"/>
          <w:sz w:val="22"/>
          <w:szCs w:val="24"/>
        </w:rPr>
        <w:t xml:space="preserve">A rough estimate is enough. We want to understand what you </w:t>
      </w:r>
      <w:r w:rsidR="00A42676" w:rsidRPr="000C717C">
        <w:rPr>
          <w:rFonts w:ascii="Arial" w:hAnsi="Arial" w:cs="Arial"/>
          <w:color w:val="69777D"/>
          <w:sz w:val="22"/>
          <w:szCs w:val="24"/>
        </w:rPr>
        <w:t>need</w:t>
      </w:r>
      <w:r w:rsidRPr="000C717C">
        <w:rPr>
          <w:rFonts w:ascii="Arial" w:hAnsi="Arial" w:cs="Arial"/>
          <w:color w:val="69777D"/>
          <w:sz w:val="22"/>
          <w:szCs w:val="24"/>
        </w:rPr>
        <w:t xml:space="preserve"> to build your idea.</w:t>
      </w:r>
    </w:p>
    <w:p w14:paraId="57CEB3DB" w14:textId="2E4AA5DB" w:rsidR="00BB2C37" w:rsidRPr="00B9142D" w:rsidRDefault="00925392" w:rsidP="00BB2C37">
      <w:pPr>
        <w:spacing w:after="60"/>
        <w:rPr>
          <w:rFonts w:ascii="Arial" w:hAnsi="Arial" w:cs="Arial"/>
          <w:bCs/>
          <w:color w:val="000000" w:themeColor="text1"/>
          <w:sz w:val="22"/>
          <w:lang w:val="en-CA"/>
        </w:rPr>
      </w:pPr>
      <w:r w:rsidRPr="00B9142D">
        <w:rPr>
          <w:rFonts w:ascii="Arial" w:hAnsi="Arial" w:cs="Arial"/>
          <w:bCs/>
          <w:color w:val="000000" w:themeColor="text1"/>
          <w:sz w:val="22"/>
          <w:szCs w:val="24"/>
        </w:rPr>
        <w:t>The ideal materials budget for each Round 2 project is $200 CAD, but this may vary depending on the project's needs. If your idea requires additional funding to become a reality, don't hesitate to include cost estimates exceeding $200 CAD. In addition to the funding</w:t>
      </w:r>
      <w:r w:rsidR="00A42676">
        <w:rPr>
          <w:rFonts w:ascii="Arial" w:hAnsi="Arial" w:cs="Arial"/>
          <w:bCs/>
          <w:color w:val="000000" w:themeColor="text1"/>
          <w:sz w:val="22"/>
          <w:szCs w:val="24"/>
        </w:rPr>
        <w:t>,</w:t>
      </w:r>
      <w:r w:rsidR="00BB2C37" w:rsidRPr="00B9142D">
        <w:rPr>
          <w:rFonts w:ascii="Arial" w:hAnsi="Arial" w:cs="Arial"/>
          <w:bCs/>
          <w:color w:val="000000" w:themeColor="text1"/>
          <w:sz w:val="22"/>
          <w:lang w:val="en-CA"/>
        </w:rPr>
        <w:t xml:space="preserve"> mentors and advisors will be available to guide and support you as you bring your project to life. RAEON will also try </w:t>
      </w:r>
      <w:r w:rsidR="00A42676" w:rsidRPr="00B9142D">
        <w:rPr>
          <w:rFonts w:ascii="Arial" w:hAnsi="Arial" w:cs="Arial"/>
          <w:bCs/>
          <w:color w:val="000000" w:themeColor="text1"/>
          <w:sz w:val="22"/>
          <w:lang w:val="en-CA"/>
        </w:rPr>
        <w:t>provid</w:t>
      </w:r>
      <w:r w:rsidR="00A42676">
        <w:rPr>
          <w:rFonts w:ascii="Arial" w:hAnsi="Arial" w:cs="Arial"/>
          <w:bCs/>
          <w:color w:val="000000" w:themeColor="text1"/>
          <w:sz w:val="22"/>
          <w:lang w:val="en-CA"/>
        </w:rPr>
        <w:t xml:space="preserve">e </w:t>
      </w:r>
      <w:r w:rsidR="00BB2C37" w:rsidRPr="00B9142D">
        <w:rPr>
          <w:rFonts w:ascii="Arial" w:hAnsi="Arial" w:cs="Arial"/>
          <w:bCs/>
          <w:color w:val="000000" w:themeColor="text1"/>
          <w:sz w:val="22"/>
          <w:lang w:val="en-CA"/>
        </w:rPr>
        <w:t xml:space="preserve">any additional equipment and tools you need. </w:t>
      </w:r>
    </w:p>
    <w:p w14:paraId="6F50604D" w14:textId="2FD6B4B9" w:rsidR="007B7532" w:rsidRDefault="007B7532">
      <w:pPr>
        <w:spacing w:after="60"/>
        <w:rPr>
          <w:rFonts w:ascii="Arial" w:hAnsi="Arial" w:cs="Arial"/>
          <w:sz w:val="22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646205" w:rsidRPr="000C717C" w14:paraId="11126D80" w14:textId="77777777" w:rsidTr="004C3524">
        <w:tc>
          <w:tcPr>
            <w:tcW w:w="10166" w:type="dxa"/>
            <w:shd w:val="clear" w:color="auto" w:fill="FFF8E9"/>
            <w:tcMar>
              <w:top w:w="125" w:type="dxa"/>
              <w:left w:w="150" w:type="dxa"/>
              <w:bottom w:w="110" w:type="dxa"/>
              <w:right w:w="150" w:type="dxa"/>
            </w:tcMar>
          </w:tcPr>
          <w:p w14:paraId="0DABC0DC" w14:textId="77777777" w:rsidR="00646205" w:rsidRPr="000C717C" w:rsidRDefault="00646205" w:rsidP="004C3524">
            <w:pPr>
              <w:spacing w:after="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b/>
                <w:color w:val="122D41"/>
                <w:sz w:val="22"/>
                <w:szCs w:val="24"/>
              </w:rPr>
              <w:t>Note</w:t>
            </w:r>
            <w:r w:rsidRPr="000C717C">
              <w:rPr>
                <w:rFonts w:ascii="Arial" w:hAnsi="Arial" w:cs="Arial"/>
                <w:sz w:val="20"/>
                <w:szCs w:val="24"/>
              </w:rPr>
              <w:t>. If selected for Round 2, RAEON will cover approved parts</w:t>
            </w:r>
            <w:r>
              <w:rPr>
                <w:rFonts w:ascii="Arial" w:hAnsi="Arial" w:cs="Arial"/>
                <w:sz w:val="20"/>
                <w:szCs w:val="24"/>
              </w:rPr>
              <w:t xml:space="preserve"> and find/provide the equipment needed to put things together</w:t>
            </w:r>
            <w:r w:rsidRPr="000C717C">
              <w:rPr>
                <w:rFonts w:ascii="Arial" w:hAnsi="Arial" w:cs="Arial"/>
                <w:sz w:val="20"/>
                <w:szCs w:val="24"/>
              </w:rPr>
              <w:t xml:space="preserve">. </w:t>
            </w:r>
          </w:p>
        </w:tc>
      </w:tr>
    </w:tbl>
    <w:p w14:paraId="5F27B99D" w14:textId="77777777" w:rsidR="00646205" w:rsidRPr="000C717C" w:rsidRDefault="00646205">
      <w:pPr>
        <w:spacing w:after="60"/>
        <w:rPr>
          <w:rFonts w:ascii="Arial" w:hAnsi="Arial" w:cs="Arial"/>
          <w:sz w:val="22"/>
          <w:szCs w:val="24"/>
        </w:rPr>
      </w:pPr>
    </w:p>
    <w:p w14:paraId="13C8D047" w14:textId="53356D7C" w:rsidR="00595840" w:rsidRPr="00B9142D" w:rsidRDefault="00BB2C37">
      <w:pPr>
        <w:pStyle w:val="Heading2"/>
        <w:rPr>
          <w:rFonts w:ascii="Arial" w:hAnsi="Arial" w:cs="Arial"/>
          <w:sz w:val="24"/>
          <w:szCs w:val="32"/>
        </w:rPr>
      </w:pPr>
      <w:r w:rsidRPr="00B9142D">
        <w:rPr>
          <w:rFonts w:ascii="Arial" w:hAnsi="Arial" w:cs="Arial"/>
          <w:sz w:val="24"/>
          <w:szCs w:val="32"/>
        </w:rPr>
        <w:t>4. Estimated parts and materials</w:t>
      </w:r>
    </w:p>
    <w:p w14:paraId="19EAF8E1" w14:textId="56EF57D5" w:rsidR="00595840" w:rsidRDefault="00000000">
      <w:pPr>
        <w:spacing w:after="80"/>
        <w:rPr>
          <w:rFonts w:ascii="Arial" w:hAnsi="Arial" w:cs="Arial"/>
          <w:i/>
          <w:color w:val="69777D"/>
          <w:sz w:val="20"/>
          <w:szCs w:val="24"/>
        </w:rPr>
      </w:pPr>
      <w:r w:rsidRPr="000C717C">
        <w:rPr>
          <w:rFonts w:ascii="Arial" w:hAnsi="Arial" w:cs="Arial"/>
          <w:i/>
          <w:color w:val="69777D"/>
          <w:sz w:val="20"/>
          <w:szCs w:val="24"/>
        </w:rPr>
        <w:t>List the main parts, where you could buy or make them, and the approximate cost in Canadian dollars.</w:t>
      </w:r>
      <w:r w:rsidR="00D86557">
        <w:rPr>
          <w:rFonts w:ascii="Arial" w:hAnsi="Arial" w:cs="Arial"/>
          <w:i/>
          <w:color w:val="69777D"/>
          <w:sz w:val="20"/>
          <w:szCs w:val="24"/>
        </w:rPr>
        <w:t>A</w:t>
      </w:r>
      <w:r w:rsidRPr="000C717C">
        <w:rPr>
          <w:rFonts w:ascii="Arial" w:hAnsi="Arial" w:cs="Arial"/>
          <w:i/>
          <w:color w:val="69777D"/>
          <w:sz w:val="20"/>
          <w:szCs w:val="24"/>
        </w:rPr>
        <w:t xml:space="preserve"> reasonable estimate is fine.</w:t>
      </w:r>
    </w:p>
    <w:p w14:paraId="044F73B4" w14:textId="77777777" w:rsidR="00B9142D" w:rsidRPr="000C717C" w:rsidRDefault="00B9142D">
      <w:pPr>
        <w:spacing w:after="80"/>
        <w:rPr>
          <w:rFonts w:ascii="Arial" w:hAnsi="Arial" w:cs="Arial"/>
          <w:sz w:val="22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</w:tblGrid>
      <w:tr w:rsidR="00595840" w:rsidRPr="000C717C" w14:paraId="097026E7" w14:textId="77777777" w:rsidTr="00925392">
        <w:trPr>
          <w:tblHeader/>
        </w:trPr>
        <w:tc>
          <w:tcPr>
            <w:tcW w:w="2541" w:type="dxa"/>
            <w:tcBorders>
              <w:top w:val="single" w:sz="6" w:space="0" w:color="D5E4E4"/>
              <w:left w:val="single" w:sz="6" w:space="0" w:color="D5E4E4"/>
              <w:bottom w:val="single" w:sz="6" w:space="0" w:color="D5E4E4"/>
              <w:right w:val="single" w:sz="6" w:space="0" w:color="D5E4E4"/>
            </w:tcBorders>
            <w:shd w:val="clear" w:color="auto" w:fill="000000" w:themeFill="text1"/>
            <w:tcMar>
              <w:top w:w="110" w:type="dxa"/>
              <w:left w:w="105" w:type="dxa"/>
              <w:bottom w:w="110" w:type="dxa"/>
              <w:right w:w="105" w:type="dxa"/>
            </w:tcMar>
          </w:tcPr>
          <w:p w14:paraId="665A9558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b/>
                <w:color w:val="FFFFFF"/>
                <w:sz w:val="22"/>
                <w:szCs w:val="28"/>
              </w:rPr>
              <w:t>Part / material</w:t>
            </w:r>
          </w:p>
        </w:tc>
        <w:tc>
          <w:tcPr>
            <w:tcW w:w="2541" w:type="dxa"/>
            <w:tcBorders>
              <w:top w:val="single" w:sz="6" w:space="0" w:color="D5E4E4"/>
              <w:left w:val="single" w:sz="6" w:space="0" w:color="D5E4E4"/>
              <w:bottom w:val="single" w:sz="6" w:space="0" w:color="D5E4E4"/>
              <w:right w:val="single" w:sz="6" w:space="0" w:color="D5E4E4"/>
            </w:tcBorders>
            <w:shd w:val="clear" w:color="auto" w:fill="000000" w:themeFill="text1"/>
            <w:tcMar>
              <w:top w:w="110" w:type="dxa"/>
              <w:left w:w="105" w:type="dxa"/>
              <w:bottom w:w="110" w:type="dxa"/>
              <w:right w:w="105" w:type="dxa"/>
            </w:tcMar>
          </w:tcPr>
          <w:p w14:paraId="3C20475B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b/>
                <w:color w:val="FFFFFF"/>
                <w:sz w:val="22"/>
                <w:szCs w:val="28"/>
              </w:rPr>
              <w:t>Buy or make? / Source</w:t>
            </w:r>
          </w:p>
        </w:tc>
        <w:tc>
          <w:tcPr>
            <w:tcW w:w="2541" w:type="dxa"/>
            <w:tcBorders>
              <w:top w:val="single" w:sz="6" w:space="0" w:color="D5E4E4"/>
              <w:left w:val="single" w:sz="6" w:space="0" w:color="D5E4E4"/>
              <w:bottom w:val="single" w:sz="6" w:space="0" w:color="D5E4E4"/>
              <w:right w:val="single" w:sz="6" w:space="0" w:color="D5E4E4"/>
            </w:tcBorders>
            <w:shd w:val="clear" w:color="auto" w:fill="000000" w:themeFill="text1"/>
            <w:tcMar>
              <w:top w:w="110" w:type="dxa"/>
              <w:left w:w="105" w:type="dxa"/>
              <w:bottom w:w="110" w:type="dxa"/>
              <w:right w:w="105" w:type="dxa"/>
            </w:tcMar>
          </w:tcPr>
          <w:p w14:paraId="3D5E4799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b/>
                <w:color w:val="FFFFFF"/>
                <w:sz w:val="22"/>
                <w:szCs w:val="28"/>
              </w:rPr>
              <w:t>Qty</w:t>
            </w:r>
          </w:p>
        </w:tc>
        <w:tc>
          <w:tcPr>
            <w:tcW w:w="2541" w:type="dxa"/>
            <w:tcBorders>
              <w:top w:val="single" w:sz="6" w:space="0" w:color="D5E4E4"/>
              <w:left w:val="single" w:sz="6" w:space="0" w:color="D5E4E4"/>
              <w:bottom w:val="single" w:sz="6" w:space="0" w:color="D5E4E4"/>
              <w:right w:val="single" w:sz="6" w:space="0" w:color="D5E4E4"/>
            </w:tcBorders>
            <w:shd w:val="clear" w:color="auto" w:fill="000000" w:themeFill="text1"/>
            <w:tcMar>
              <w:top w:w="110" w:type="dxa"/>
              <w:left w:w="105" w:type="dxa"/>
              <w:bottom w:w="110" w:type="dxa"/>
              <w:right w:w="105" w:type="dxa"/>
            </w:tcMar>
          </w:tcPr>
          <w:p w14:paraId="64ED94BE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b/>
                <w:color w:val="FFFFFF"/>
                <w:sz w:val="22"/>
                <w:szCs w:val="28"/>
              </w:rPr>
              <w:t>Est. total (CAD)</w:t>
            </w:r>
          </w:p>
        </w:tc>
      </w:tr>
      <w:tr w:rsidR="00595840" w:rsidRPr="000C717C" w14:paraId="179D5995" w14:textId="77777777">
        <w:trPr>
          <w:trHeight w:val="518"/>
        </w:trPr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2E911248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i/>
                <w:color w:val="69777D"/>
                <w:sz w:val="22"/>
                <w:szCs w:val="28"/>
              </w:rPr>
              <w:t>e.g., LED light strip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0E772E00" w14:textId="31E042E8" w:rsidR="00595840" w:rsidRPr="000C717C" w:rsidRDefault="00925392">
            <w:pPr>
              <w:rPr>
                <w:rFonts w:ascii="Arial" w:hAnsi="Arial" w:cs="Arial"/>
                <w:sz w:val="22"/>
                <w:szCs w:val="28"/>
              </w:rPr>
            </w:pPr>
            <w:r>
              <w:rPr>
                <w:rFonts w:ascii="Arial" w:hAnsi="Arial" w:cs="Arial"/>
                <w:i/>
                <w:color w:val="69777D"/>
                <w:sz w:val="22"/>
                <w:szCs w:val="28"/>
              </w:rPr>
              <w:t>grainger.ca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0D2C6150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i/>
                <w:color w:val="69777D"/>
                <w:sz w:val="22"/>
                <w:szCs w:val="28"/>
              </w:rPr>
              <w:t>1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7A9DED16" w14:textId="5001C950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i/>
                <w:color w:val="69777D"/>
                <w:sz w:val="22"/>
                <w:szCs w:val="28"/>
              </w:rPr>
              <w:t>$</w:t>
            </w:r>
            <w:r w:rsidR="00925392">
              <w:rPr>
                <w:rFonts w:ascii="Arial" w:hAnsi="Arial" w:cs="Arial"/>
                <w:i/>
                <w:color w:val="69777D"/>
                <w:sz w:val="22"/>
                <w:szCs w:val="28"/>
              </w:rPr>
              <w:t>20</w:t>
            </w:r>
          </w:p>
        </w:tc>
      </w:tr>
      <w:tr w:rsidR="00595840" w:rsidRPr="000C717C" w14:paraId="7474D9CB" w14:textId="77777777">
        <w:trPr>
          <w:trHeight w:val="518"/>
        </w:trPr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FFFFF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0A8274E3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i/>
                <w:color w:val="69777D"/>
                <w:sz w:val="22"/>
                <w:szCs w:val="28"/>
              </w:rPr>
              <w:t>e.g., printed enclosure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FFFFF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49CACE14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i/>
                <w:color w:val="69777D"/>
                <w:sz w:val="22"/>
                <w:szCs w:val="28"/>
              </w:rPr>
              <w:t>3D print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FFFFF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0450B627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i/>
                <w:color w:val="69777D"/>
                <w:sz w:val="22"/>
                <w:szCs w:val="28"/>
              </w:rPr>
              <w:t>1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FFFFF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2768A453" w14:textId="31089B3E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i/>
                <w:color w:val="69777D"/>
                <w:sz w:val="22"/>
                <w:szCs w:val="28"/>
              </w:rPr>
              <w:t>$</w:t>
            </w:r>
            <w:r w:rsidR="00925392">
              <w:rPr>
                <w:rFonts w:ascii="Arial" w:hAnsi="Arial" w:cs="Arial"/>
                <w:i/>
                <w:color w:val="69777D"/>
                <w:sz w:val="22"/>
                <w:szCs w:val="28"/>
              </w:rPr>
              <w:t>45</w:t>
            </w:r>
          </w:p>
        </w:tc>
      </w:tr>
      <w:tr w:rsidR="00595840" w:rsidRPr="000C717C" w14:paraId="1171FECD" w14:textId="77777777">
        <w:trPr>
          <w:trHeight w:val="518"/>
        </w:trPr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41D43230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________________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04963595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________________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119235F3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312C742F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$____</w:t>
            </w:r>
          </w:p>
        </w:tc>
      </w:tr>
      <w:tr w:rsidR="00595840" w:rsidRPr="000C717C" w14:paraId="0D98C545" w14:textId="77777777">
        <w:trPr>
          <w:trHeight w:val="518"/>
        </w:trPr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FFFFF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5D48BC23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________________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FFFFF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4A66775C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________________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FFFFF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57FDECCC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FFFFF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437228EC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$____</w:t>
            </w:r>
          </w:p>
        </w:tc>
      </w:tr>
      <w:tr w:rsidR="00595840" w:rsidRPr="000C717C" w14:paraId="27BB20FC" w14:textId="77777777">
        <w:trPr>
          <w:trHeight w:val="518"/>
        </w:trPr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38D4B23F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________________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52C6EDFB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________________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34A4A0E2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2ABCCAC1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$____</w:t>
            </w:r>
          </w:p>
        </w:tc>
      </w:tr>
      <w:tr w:rsidR="00595840" w:rsidRPr="000C717C" w14:paraId="65A8D3BF" w14:textId="77777777">
        <w:trPr>
          <w:trHeight w:val="518"/>
        </w:trPr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FFFFF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50ED3957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________________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FFFFF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37BD979F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________________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FFFFF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7F6E8081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FFFFF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4D44DB95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$____</w:t>
            </w:r>
          </w:p>
        </w:tc>
      </w:tr>
      <w:tr w:rsidR="00595840" w:rsidRPr="000C717C" w14:paraId="47587A3B" w14:textId="77777777">
        <w:trPr>
          <w:trHeight w:val="518"/>
        </w:trPr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18D02074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________________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0379C25C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________________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7121EA15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___</w:t>
            </w:r>
          </w:p>
        </w:tc>
        <w:tc>
          <w:tcPr>
            <w:tcW w:w="2541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80" w:type="dxa"/>
              <w:left w:w="90" w:type="dxa"/>
              <w:bottom w:w="60" w:type="dxa"/>
              <w:right w:w="90" w:type="dxa"/>
            </w:tcMar>
          </w:tcPr>
          <w:p w14:paraId="3D1E1D57" w14:textId="77777777" w:rsidR="00595840" w:rsidRPr="000C717C" w:rsidRDefault="00000000">
            <w:pPr>
              <w:rPr>
                <w:rFonts w:ascii="Arial" w:hAnsi="Arial" w:cs="Arial"/>
                <w:sz w:val="22"/>
                <w:szCs w:val="28"/>
              </w:rPr>
            </w:pPr>
            <w:r w:rsidRPr="000C717C">
              <w:rPr>
                <w:rFonts w:ascii="Arial" w:hAnsi="Arial" w:cs="Arial"/>
                <w:color w:val="B9C9CD"/>
                <w:sz w:val="22"/>
                <w:szCs w:val="28"/>
              </w:rPr>
              <w:t>$____</w:t>
            </w:r>
          </w:p>
        </w:tc>
      </w:tr>
    </w:tbl>
    <w:p w14:paraId="28560B4B" w14:textId="2E5986C6" w:rsidR="00595840" w:rsidRDefault="00000000">
      <w:pPr>
        <w:spacing w:before="100" w:after="80"/>
        <w:jc w:val="right"/>
        <w:rPr>
          <w:rFonts w:ascii="Arial" w:hAnsi="Arial" w:cs="Arial"/>
          <w:b/>
          <w:color w:val="122D41"/>
          <w:sz w:val="22"/>
          <w:szCs w:val="24"/>
        </w:rPr>
      </w:pPr>
      <w:r w:rsidRPr="000C717C">
        <w:rPr>
          <w:rFonts w:ascii="Arial" w:hAnsi="Arial" w:cs="Arial"/>
          <w:b/>
          <w:color w:val="122D41"/>
          <w:sz w:val="22"/>
          <w:szCs w:val="24"/>
        </w:rPr>
        <w:t>ESTIMATED TOTAL:  $________________</w:t>
      </w:r>
    </w:p>
    <w:p w14:paraId="04E1813A" w14:textId="77777777" w:rsidR="00907995" w:rsidRPr="000C717C" w:rsidRDefault="00907995">
      <w:pPr>
        <w:spacing w:before="100" w:after="80"/>
        <w:jc w:val="right"/>
        <w:rPr>
          <w:rFonts w:ascii="Arial" w:hAnsi="Arial" w:cs="Arial"/>
          <w:sz w:val="22"/>
          <w:szCs w:val="24"/>
        </w:rPr>
      </w:pPr>
    </w:p>
    <w:p w14:paraId="2E0181AA" w14:textId="77777777" w:rsidR="00595840" w:rsidRDefault="00595840">
      <w:pPr>
        <w:spacing w:after="0"/>
        <w:rPr>
          <w:rFonts w:ascii="Arial" w:hAnsi="Arial" w:cs="Arial"/>
          <w:sz w:val="22"/>
          <w:szCs w:val="24"/>
        </w:rPr>
      </w:pPr>
    </w:p>
    <w:p w14:paraId="746C7268" w14:textId="77777777" w:rsidR="007B7532" w:rsidRDefault="007B7532">
      <w:pPr>
        <w:spacing w:after="0"/>
        <w:rPr>
          <w:rFonts w:ascii="Arial" w:hAnsi="Arial" w:cs="Arial"/>
          <w:sz w:val="22"/>
          <w:szCs w:val="24"/>
        </w:rPr>
      </w:pPr>
    </w:p>
    <w:p w14:paraId="3E83B971" w14:textId="77777777" w:rsidR="00B9142D" w:rsidRDefault="00B9142D">
      <w:pPr>
        <w:spacing w:after="0"/>
        <w:rPr>
          <w:rFonts w:ascii="Arial" w:hAnsi="Arial" w:cs="Arial"/>
          <w:sz w:val="22"/>
          <w:szCs w:val="24"/>
        </w:rPr>
      </w:pPr>
    </w:p>
    <w:p w14:paraId="3EC88D72" w14:textId="77777777" w:rsidR="00B9142D" w:rsidRDefault="00B9142D">
      <w:pPr>
        <w:spacing w:after="0"/>
        <w:rPr>
          <w:rFonts w:ascii="Arial" w:hAnsi="Arial" w:cs="Arial"/>
          <w:sz w:val="22"/>
          <w:szCs w:val="24"/>
        </w:rPr>
      </w:pPr>
    </w:p>
    <w:p w14:paraId="750B96C4" w14:textId="77777777" w:rsidR="00B9142D" w:rsidRDefault="00B9142D">
      <w:pPr>
        <w:spacing w:after="0"/>
        <w:rPr>
          <w:rFonts w:ascii="Arial" w:hAnsi="Arial" w:cs="Arial"/>
          <w:sz w:val="22"/>
          <w:szCs w:val="24"/>
        </w:rPr>
      </w:pPr>
    </w:p>
    <w:p w14:paraId="1EE80DC2" w14:textId="77777777" w:rsidR="00B9142D" w:rsidRDefault="00B9142D">
      <w:pPr>
        <w:spacing w:after="0"/>
        <w:rPr>
          <w:rFonts w:ascii="Arial" w:hAnsi="Arial" w:cs="Arial"/>
          <w:sz w:val="22"/>
          <w:szCs w:val="24"/>
        </w:rPr>
      </w:pPr>
    </w:p>
    <w:p w14:paraId="0AD82955" w14:textId="38D52716" w:rsidR="00595840" w:rsidRPr="000C717C" w:rsidRDefault="00BB2C37">
      <w:pPr>
        <w:pStyle w:val="Heading2"/>
        <w:rPr>
          <w:rFonts w:ascii="Arial" w:hAnsi="Arial" w:cs="Arial"/>
          <w:sz w:val="22"/>
          <w:szCs w:val="28"/>
        </w:rPr>
      </w:pPr>
      <w:r>
        <w:rPr>
          <w:rFonts w:ascii="Arial" w:hAnsi="Arial" w:cs="Arial"/>
          <w:sz w:val="22"/>
          <w:szCs w:val="28"/>
        </w:rPr>
        <w:t>5</w:t>
      </w:r>
      <w:r w:rsidRPr="000C717C">
        <w:rPr>
          <w:rFonts w:ascii="Arial" w:hAnsi="Arial" w:cs="Arial"/>
          <w:sz w:val="22"/>
          <w:szCs w:val="28"/>
        </w:rPr>
        <w:t>. What would you need help with</w:t>
      </w:r>
      <w:r w:rsidR="00AB3360">
        <w:rPr>
          <w:rFonts w:ascii="Arial" w:hAnsi="Arial" w:cs="Arial"/>
          <w:sz w:val="22"/>
          <w:szCs w:val="28"/>
        </w:rPr>
        <w:t xml:space="preserve"> to make your idea a reality</w:t>
      </w:r>
      <w:r w:rsidRPr="000C717C">
        <w:rPr>
          <w:rFonts w:ascii="Arial" w:hAnsi="Arial" w:cs="Arial"/>
          <w:sz w:val="22"/>
          <w:szCs w:val="28"/>
        </w:rPr>
        <w:t>?</w:t>
      </w:r>
    </w:p>
    <w:p w14:paraId="21B65BCD" w14:textId="77777777" w:rsidR="00595840" w:rsidRDefault="00000000">
      <w:pPr>
        <w:spacing w:after="80"/>
        <w:rPr>
          <w:rFonts w:ascii="Arial" w:hAnsi="Arial" w:cs="Arial"/>
          <w:i/>
          <w:color w:val="69777D"/>
          <w:sz w:val="20"/>
          <w:szCs w:val="24"/>
        </w:rPr>
      </w:pPr>
      <w:r w:rsidRPr="000C717C">
        <w:rPr>
          <w:rFonts w:ascii="Arial" w:hAnsi="Arial" w:cs="Arial"/>
          <w:i/>
          <w:color w:val="69777D"/>
          <w:sz w:val="20"/>
          <w:szCs w:val="24"/>
        </w:rPr>
        <w:t>For example: 3D printing, wiring lights, programming, choosing sensors, building a frame, or making graphics.</w:t>
      </w:r>
    </w:p>
    <w:p w14:paraId="32372B08" w14:textId="77777777" w:rsidR="00B9142D" w:rsidRPr="000C717C" w:rsidRDefault="00B9142D">
      <w:pPr>
        <w:spacing w:after="80"/>
        <w:rPr>
          <w:rFonts w:ascii="Arial" w:hAnsi="Arial" w:cs="Arial"/>
          <w:sz w:val="22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595840" w:rsidRPr="000C717C" w14:paraId="6C8E52EB" w14:textId="77777777">
        <w:trPr>
          <w:trHeight w:val="792"/>
        </w:trPr>
        <w:tc>
          <w:tcPr>
            <w:tcW w:w="10166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EC8A9B" w14:textId="77777777" w:rsidR="00595840" w:rsidRPr="000C717C" w:rsidRDefault="00000000">
            <w:pPr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0C717C">
              <w:rPr>
                <w:rFonts w:ascii="Arial" w:hAnsi="Arial" w:cs="Arial"/>
                <w:i/>
                <w:color w:val="69777D"/>
                <w:sz w:val="20"/>
                <w:szCs w:val="24"/>
              </w:rPr>
              <w:t>To build my idea, I would need help with…</w:t>
            </w:r>
          </w:p>
        </w:tc>
      </w:tr>
    </w:tbl>
    <w:p w14:paraId="49883290" w14:textId="77777777" w:rsidR="00AB3360" w:rsidRPr="000C717C" w:rsidRDefault="00AB3360">
      <w:pPr>
        <w:spacing w:after="0"/>
        <w:rPr>
          <w:rFonts w:ascii="Arial" w:hAnsi="Arial" w:cs="Arial"/>
          <w:sz w:val="22"/>
          <w:szCs w:val="24"/>
        </w:rPr>
      </w:pPr>
    </w:p>
    <w:p w14:paraId="1D72D4AC" w14:textId="62B1AB91" w:rsidR="00595840" w:rsidRPr="000C717C" w:rsidRDefault="00BB2C37">
      <w:pPr>
        <w:pStyle w:val="Heading2"/>
        <w:rPr>
          <w:rFonts w:ascii="Arial" w:hAnsi="Arial" w:cs="Arial"/>
          <w:sz w:val="22"/>
          <w:szCs w:val="28"/>
        </w:rPr>
      </w:pPr>
      <w:r>
        <w:rPr>
          <w:rFonts w:ascii="Arial" w:hAnsi="Arial" w:cs="Arial"/>
          <w:sz w:val="22"/>
          <w:szCs w:val="28"/>
        </w:rPr>
        <w:t>6</w:t>
      </w:r>
      <w:r w:rsidRPr="000C717C">
        <w:rPr>
          <w:rFonts w:ascii="Arial" w:hAnsi="Arial" w:cs="Arial"/>
          <w:sz w:val="22"/>
          <w:szCs w:val="28"/>
        </w:rPr>
        <w:t>. Anything else you want us to know?</w:t>
      </w:r>
      <w:r w:rsidR="00E66929">
        <w:rPr>
          <w:rFonts w:ascii="Arial" w:hAnsi="Arial" w:cs="Arial"/>
          <w:sz w:val="22"/>
          <w:szCs w:val="28"/>
        </w:rPr>
        <w:t xml:space="preserve"> </w:t>
      </w:r>
      <w:r w:rsidR="00E66929" w:rsidRPr="000C717C">
        <w:rPr>
          <w:rFonts w:ascii="Arial" w:hAnsi="Arial" w:cs="Arial"/>
          <w:i/>
          <w:color w:val="69777D"/>
          <w:sz w:val="20"/>
          <w:szCs w:val="24"/>
        </w:rPr>
        <w:t>Optional</w:t>
      </w:r>
    </w:p>
    <w:p w14:paraId="595591F7" w14:textId="4304880E" w:rsidR="00595840" w:rsidRDefault="00E66929">
      <w:pPr>
        <w:spacing w:after="80"/>
        <w:rPr>
          <w:rFonts w:ascii="Arial" w:hAnsi="Arial" w:cs="Arial"/>
          <w:i/>
          <w:color w:val="69777D"/>
          <w:sz w:val="20"/>
          <w:szCs w:val="24"/>
        </w:rPr>
      </w:pPr>
      <w:r>
        <w:rPr>
          <w:rFonts w:ascii="Arial" w:hAnsi="Arial" w:cs="Arial"/>
          <w:i/>
          <w:color w:val="69777D"/>
          <w:sz w:val="20"/>
          <w:szCs w:val="24"/>
        </w:rPr>
        <w:t xml:space="preserve">Details or </w:t>
      </w:r>
      <w:r w:rsidRPr="000C717C">
        <w:rPr>
          <w:rFonts w:ascii="Arial" w:hAnsi="Arial" w:cs="Arial"/>
          <w:i/>
          <w:color w:val="69777D"/>
          <w:sz w:val="20"/>
          <w:szCs w:val="24"/>
        </w:rPr>
        <w:t>anything that makes your idea clearer.</w:t>
      </w:r>
    </w:p>
    <w:p w14:paraId="14D79AEA" w14:textId="77777777" w:rsidR="00E66929" w:rsidRPr="000C717C" w:rsidRDefault="00E66929">
      <w:pPr>
        <w:spacing w:after="80"/>
        <w:rPr>
          <w:rFonts w:ascii="Arial" w:hAnsi="Arial" w:cs="Arial"/>
          <w:sz w:val="22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595840" w:rsidRPr="000C717C" w14:paraId="63ED81D4" w14:textId="77777777">
        <w:trPr>
          <w:trHeight w:val="835"/>
        </w:trPr>
        <w:tc>
          <w:tcPr>
            <w:tcW w:w="10166" w:type="dxa"/>
            <w:tcBorders>
              <w:top w:val="single" w:sz="6" w:space="0" w:color="D6E2E2"/>
              <w:left w:val="single" w:sz="6" w:space="0" w:color="D6E2E2"/>
              <w:bottom w:val="single" w:sz="6" w:space="0" w:color="D6E2E2"/>
              <w:right w:val="single" w:sz="6" w:space="0" w:color="D6E2E2"/>
            </w:tcBorders>
            <w:shd w:val="clear" w:color="auto" w:fill="F5F8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2CD9582" w14:textId="77777777" w:rsidR="00595840" w:rsidRPr="000C717C" w:rsidRDefault="00000000">
            <w:pPr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0C717C">
              <w:rPr>
                <w:rFonts w:ascii="Arial" w:hAnsi="Arial" w:cs="Arial"/>
                <w:i/>
                <w:color w:val="69777D"/>
                <w:sz w:val="20"/>
                <w:szCs w:val="24"/>
              </w:rPr>
              <w:t>Optional notes…</w:t>
            </w:r>
          </w:p>
        </w:tc>
      </w:tr>
    </w:tbl>
    <w:p w14:paraId="299A878C" w14:textId="77777777" w:rsidR="00595840" w:rsidRPr="000C717C" w:rsidRDefault="00595840">
      <w:pPr>
        <w:spacing w:after="0"/>
        <w:rPr>
          <w:rFonts w:ascii="Arial" w:hAnsi="Arial" w:cs="Arial"/>
          <w:sz w:val="22"/>
          <w:szCs w:val="24"/>
        </w:rPr>
      </w:pPr>
    </w:p>
    <w:p w14:paraId="0E51F583" w14:textId="77777777" w:rsidR="000C717C" w:rsidRPr="000C717C" w:rsidRDefault="000C717C">
      <w:pPr>
        <w:spacing w:after="0"/>
        <w:rPr>
          <w:rFonts w:ascii="Arial" w:hAnsi="Arial" w:cs="Arial"/>
          <w:sz w:val="22"/>
          <w:szCs w:val="24"/>
        </w:rPr>
      </w:pPr>
    </w:p>
    <w:p w14:paraId="284EBE0F" w14:textId="77777777" w:rsidR="00595840" w:rsidRPr="000C717C" w:rsidRDefault="00000000">
      <w:pPr>
        <w:spacing w:before="100" w:after="80"/>
        <w:rPr>
          <w:rFonts w:ascii="Arial" w:hAnsi="Arial" w:cs="Arial"/>
          <w:b/>
          <w:color w:val="186A79"/>
          <w:sz w:val="20"/>
          <w:szCs w:val="24"/>
        </w:rPr>
      </w:pPr>
      <w:r w:rsidRPr="000C717C">
        <w:rPr>
          <w:rFonts w:ascii="Arial" w:hAnsi="Arial" w:cs="Arial"/>
          <w:b/>
          <w:color w:val="186A79"/>
          <w:sz w:val="20"/>
          <w:szCs w:val="24"/>
        </w:rPr>
        <w:t>BEFORE YOU SUBMIT</w:t>
      </w:r>
    </w:p>
    <w:p w14:paraId="384CBB9F" w14:textId="72C68D50" w:rsidR="000C717C" w:rsidRPr="000C717C" w:rsidRDefault="000C717C">
      <w:pPr>
        <w:spacing w:before="100" w:after="80"/>
        <w:rPr>
          <w:rFonts w:ascii="Arial" w:hAnsi="Arial" w:cs="Arial"/>
          <w:b/>
          <w:color w:val="186A79"/>
          <w:sz w:val="20"/>
          <w:szCs w:val="24"/>
        </w:rPr>
      </w:pPr>
      <w:r w:rsidRPr="000C717C">
        <w:rPr>
          <w:rFonts w:ascii="Arial" w:hAnsi="Arial" w:cs="Arial"/>
          <w:b/>
          <w:color w:val="186A79"/>
          <w:sz w:val="20"/>
          <w:szCs w:val="24"/>
        </w:rPr>
        <w:t>Make sure you have the following:</w:t>
      </w:r>
    </w:p>
    <w:p w14:paraId="221D52EF" w14:textId="77777777" w:rsidR="000C717C" w:rsidRPr="00B9142D" w:rsidRDefault="00000000" w:rsidP="00B9142D">
      <w:pPr>
        <w:pStyle w:val="ListParagraph"/>
        <w:numPr>
          <w:ilvl w:val="0"/>
          <w:numId w:val="11"/>
        </w:numPr>
        <w:spacing w:after="40"/>
        <w:rPr>
          <w:rFonts w:ascii="Arial" w:hAnsi="Arial" w:cs="Arial"/>
          <w:sz w:val="20"/>
          <w:szCs w:val="24"/>
        </w:rPr>
      </w:pPr>
      <w:r w:rsidRPr="00B9142D">
        <w:rPr>
          <w:rFonts w:ascii="Arial" w:hAnsi="Arial" w:cs="Arial"/>
          <w:sz w:val="20"/>
          <w:szCs w:val="24"/>
        </w:rPr>
        <w:t xml:space="preserve">Clear idea    </w:t>
      </w:r>
    </w:p>
    <w:p w14:paraId="54C192D4" w14:textId="77777777" w:rsidR="000C717C" w:rsidRPr="00B9142D" w:rsidRDefault="00000000" w:rsidP="00B9142D">
      <w:pPr>
        <w:pStyle w:val="ListParagraph"/>
        <w:numPr>
          <w:ilvl w:val="0"/>
          <w:numId w:val="11"/>
        </w:numPr>
        <w:spacing w:after="40"/>
        <w:rPr>
          <w:rFonts w:ascii="Arial" w:hAnsi="Arial" w:cs="Arial"/>
          <w:sz w:val="20"/>
          <w:szCs w:val="24"/>
        </w:rPr>
      </w:pPr>
      <w:r w:rsidRPr="00B9142D">
        <w:rPr>
          <w:rFonts w:ascii="Arial" w:hAnsi="Arial" w:cs="Arial"/>
          <w:sz w:val="20"/>
          <w:szCs w:val="24"/>
        </w:rPr>
        <w:t xml:space="preserve">Sketch / mockup    </w:t>
      </w:r>
    </w:p>
    <w:p w14:paraId="7BFE9257" w14:textId="7D3C2FE3" w:rsidR="000C717C" w:rsidRPr="00B9142D" w:rsidRDefault="00000000" w:rsidP="00B9142D">
      <w:pPr>
        <w:pStyle w:val="ListParagraph"/>
        <w:numPr>
          <w:ilvl w:val="0"/>
          <w:numId w:val="11"/>
        </w:numPr>
        <w:spacing w:after="40"/>
        <w:rPr>
          <w:rFonts w:ascii="Arial" w:hAnsi="Arial" w:cs="Arial"/>
          <w:sz w:val="20"/>
          <w:szCs w:val="24"/>
        </w:rPr>
      </w:pPr>
      <w:r w:rsidRPr="00B9142D">
        <w:rPr>
          <w:rFonts w:ascii="Arial" w:hAnsi="Arial" w:cs="Arial"/>
          <w:sz w:val="20"/>
          <w:szCs w:val="24"/>
        </w:rPr>
        <w:t>Budget</w:t>
      </w:r>
    </w:p>
    <w:p w14:paraId="0B0964E1" w14:textId="2F4C2C68" w:rsidR="000C717C" w:rsidRPr="00B9142D" w:rsidRDefault="00000000" w:rsidP="00B9142D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i/>
          <w:color w:val="69777D"/>
          <w:sz w:val="20"/>
          <w:szCs w:val="24"/>
        </w:rPr>
      </w:pPr>
      <w:r w:rsidRPr="00B9142D">
        <w:rPr>
          <w:rFonts w:ascii="Arial" w:hAnsi="Arial" w:cs="Arial"/>
          <w:sz w:val="20"/>
          <w:szCs w:val="24"/>
        </w:rPr>
        <w:t>PDF</w:t>
      </w:r>
    </w:p>
    <w:p w14:paraId="144C6F8D" w14:textId="77777777" w:rsidR="000C717C" w:rsidRPr="000C717C" w:rsidRDefault="000C717C">
      <w:pPr>
        <w:spacing w:after="0"/>
        <w:rPr>
          <w:rFonts w:ascii="Arial" w:hAnsi="Arial" w:cs="Arial"/>
          <w:i/>
          <w:color w:val="69777D"/>
          <w:sz w:val="20"/>
          <w:szCs w:val="24"/>
        </w:rPr>
      </w:pPr>
    </w:p>
    <w:p w14:paraId="32F69E83" w14:textId="11E5FD94" w:rsidR="00595840" w:rsidRPr="000C717C" w:rsidRDefault="00000000">
      <w:pPr>
        <w:spacing w:after="0"/>
        <w:rPr>
          <w:rFonts w:ascii="Arial" w:hAnsi="Arial" w:cs="Arial"/>
          <w:sz w:val="22"/>
          <w:szCs w:val="24"/>
        </w:rPr>
      </w:pPr>
      <w:r w:rsidRPr="000C717C">
        <w:rPr>
          <w:rFonts w:ascii="Arial" w:hAnsi="Arial" w:cs="Arial"/>
          <w:i/>
          <w:color w:val="69777D"/>
          <w:sz w:val="20"/>
          <w:szCs w:val="24"/>
        </w:rPr>
        <w:t xml:space="preserve">Submit by December 3, </w:t>
      </w:r>
      <w:r w:rsidR="00A42676" w:rsidRPr="000C717C">
        <w:rPr>
          <w:rFonts w:ascii="Arial" w:hAnsi="Arial" w:cs="Arial"/>
          <w:i/>
          <w:color w:val="69777D"/>
          <w:sz w:val="20"/>
          <w:szCs w:val="24"/>
        </w:rPr>
        <w:t>2026,</w:t>
      </w:r>
      <w:r w:rsidRPr="000C717C">
        <w:rPr>
          <w:rFonts w:ascii="Arial" w:hAnsi="Arial" w:cs="Arial"/>
          <w:i/>
          <w:color w:val="69777D"/>
          <w:sz w:val="20"/>
          <w:szCs w:val="24"/>
        </w:rPr>
        <w:t xml:space="preserve"> at 11:59 PM ET</w:t>
      </w:r>
      <w:r w:rsidR="00A42676">
        <w:rPr>
          <w:rFonts w:ascii="Arial" w:hAnsi="Arial" w:cs="Arial"/>
          <w:i/>
          <w:color w:val="69777D"/>
          <w:sz w:val="20"/>
          <w:szCs w:val="24"/>
        </w:rPr>
        <w:t xml:space="preserve"> </w:t>
      </w:r>
      <w:r w:rsidR="006D734B" w:rsidRPr="006D734B">
        <w:rPr>
          <w:rFonts w:ascii="Arial" w:hAnsi="Arial" w:cs="Arial"/>
          <w:i/>
          <w:color w:val="69777D"/>
          <w:sz w:val="20"/>
          <w:szCs w:val="24"/>
        </w:rPr>
        <w:t>by email to Edward.Millar@uwindsor.ca and CC info@raeonhacks.c</w:t>
      </w:r>
      <w:r w:rsidR="00834FC0">
        <w:rPr>
          <w:rFonts w:ascii="Arial" w:hAnsi="Arial" w:cs="Arial"/>
          <w:i/>
          <w:color w:val="69777D"/>
          <w:sz w:val="20"/>
          <w:szCs w:val="24"/>
        </w:rPr>
        <w:t>om</w:t>
      </w:r>
      <w:r w:rsidR="006D734B" w:rsidRPr="006D734B">
        <w:rPr>
          <w:rFonts w:ascii="Arial" w:hAnsi="Arial" w:cs="Arial"/>
          <w:i/>
          <w:color w:val="69777D"/>
          <w:sz w:val="20"/>
          <w:szCs w:val="24"/>
        </w:rPr>
        <w:t xml:space="preserve"> .</w:t>
      </w:r>
    </w:p>
    <w:p w14:paraId="2F61D8A3" w14:textId="77777777" w:rsidR="000C717C" w:rsidRPr="000C717C" w:rsidRDefault="000C717C">
      <w:pPr>
        <w:spacing w:after="0"/>
        <w:rPr>
          <w:rFonts w:ascii="Arial" w:hAnsi="Arial" w:cs="Arial"/>
          <w:sz w:val="22"/>
          <w:szCs w:val="24"/>
        </w:rPr>
      </w:pPr>
    </w:p>
    <w:sectPr w:rsidR="000C717C" w:rsidRPr="000C717C" w:rsidSect="00034616">
      <w:headerReference w:type="default" r:id="rId10"/>
      <w:footerReference w:type="default" r:id="rId11"/>
      <w:pgSz w:w="12240" w:h="15840"/>
      <w:pgMar w:top="1123" w:right="1037" w:bottom="965" w:left="1037" w:header="461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3D2E8" w14:textId="77777777" w:rsidR="008E19DE" w:rsidRDefault="008E19D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9331603" w14:textId="77777777" w:rsidR="008E19DE" w:rsidRDefault="008E19D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19408" w14:textId="77777777" w:rsidR="006A4225" w:rsidRDefault="006A4225">
    <w:pPr>
      <w:pStyle w:val="Footer"/>
      <w:jc w:val="right"/>
      <w:rPr>
        <w:rFonts w:hint="eastAsia"/>
        <w:color w:val="69777D"/>
        <w:sz w:val="16"/>
      </w:rPr>
    </w:pPr>
  </w:p>
  <w:p w14:paraId="4D4AE292" w14:textId="10B06D66" w:rsidR="00595840" w:rsidRDefault="00000000">
    <w:pPr>
      <w:pStyle w:val="Footer"/>
      <w:jc w:val="right"/>
      <w:rPr>
        <w:rFonts w:hint="eastAsia"/>
      </w:rPr>
    </w:pPr>
    <w:r>
      <w:rPr>
        <w:color w:val="69777D"/>
        <w:sz w:val="16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0C717C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F170B" w14:textId="77777777" w:rsidR="008E19DE" w:rsidRDefault="008E19D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610E7B8" w14:textId="77777777" w:rsidR="008E19DE" w:rsidRDefault="008E19D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900C" w14:textId="0E2C9E3B" w:rsidR="00595840" w:rsidRDefault="00000000">
    <w:pPr>
      <w:pStyle w:val="Header"/>
      <w:rPr>
        <w:rFonts w:hint="eastAsia"/>
      </w:rPr>
    </w:pPr>
    <w:r>
      <w:rPr>
        <w:b/>
        <w:color w:val="122D41"/>
        <w:sz w:val="17"/>
      </w:rPr>
      <w:t>GREAT</w:t>
    </w:r>
    <w:r w:rsidR="0003477E">
      <w:rPr>
        <w:b/>
        <w:color w:val="122D41"/>
        <w:sz w:val="17"/>
      </w:rPr>
      <w:t xml:space="preserve"> </w:t>
    </w:r>
    <w:r>
      <w:rPr>
        <w:b/>
        <w:color w:val="122D41"/>
        <w:sz w:val="17"/>
      </w:rPr>
      <w:t>LAKES DATA HACKATHON</w:t>
    </w:r>
    <w:r w:rsidR="0003477E">
      <w:rPr>
        <w:color w:val="186A79"/>
        <w:sz w:val="17"/>
      </w:rPr>
      <w:t xml:space="preserve"> </w:t>
    </w:r>
    <w:r w:rsidR="0003477E" w:rsidRPr="0003477E">
      <w:rPr>
        <w:b/>
        <w:bCs/>
        <w:color w:val="186A79"/>
        <w:sz w:val="17"/>
      </w:rPr>
      <w:t>CHALLENGE</w:t>
    </w:r>
    <w:r>
      <w:rPr>
        <w:color w:val="186A79"/>
        <w:sz w:val="17"/>
      </w:rPr>
      <w:t xml:space="preserve">    •     ROUND 1 PROPOSAL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BF61AF"/>
    <w:multiLevelType w:val="hybridMultilevel"/>
    <w:tmpl w:val="9724E988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A12FA"/>
    <w:multiLevelType w:val="hybridMultilevel"/>
    <w:tmpl w:val="5D0A9E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286210">
    <w:abstractNumId w:val="8"/>
  </w:num>
  <w:num w:numId="2" w16cid:durableId="1619608845">
    <w:abstractNumId w:val="6"/>
  </w:num>
  <w:num w:numId="3" w16cid:durableId="2005546879">
    <w:abstractNumId w:val="5"/>
  </w:num>
  <w:num w:numId="4" w16cid:durableId="987326028">
    <w:abstractNumId w:val="4"/>
  </w:num>
  <w:num w:numId="5" w16cid:durableId="793325463">
    <w:abstractNumId w:val="7"/>
  </w:num>
  <w:num w:numId="6" w16cid:durableId="1884247331">
    <w:abstractNumId w:val="3"/>
  </w:num>
  <w:num w:numId="7" w16cid:durableId="1246307875">
    <w:abstractNumId w:val="2"/>
  </w:num>
  <w:num w:numId="8" w16cid:durableId="1679959419">
    <w:abstractNumId w:val="1"/>
  </w:num>
  <w:num w:numId="9" w16cid:durableId="1612930652">
    <w:abstractNumId w:val="0"/>
  </w:num>
  <w:num w:numId="10" w16cid:durableId="1608006025">
    <w:abstractNumId w:val="10"/>
  </w:num>
  <w:num w:numId="11" w16cid:durableId="13479464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77E"/>
    <w:rsid w:val="0006063C"/>
    <w:rsid w:val="000B3A15"/>
    <w:rsid w:val="000C717C"/>
    <w:rsid w:val="0015074B"/>
    <w:rsid w:val="0027425D"/>
    <w:rsid w:val="0029639D"/>
    <w:rsid w:val="002C2763"/>
    <w:rsid w:val="002C5DE3"/>
    <w:rsid w:val="002F6004"/>
    <w:rsid w:val="00303960"/>
    <w:rsid w:val="00326183"/>
    <w:rsid w:val="00326F90"/>
    <w:rsid w:val="00381741"/>
    <w:rsid w:val="00397FC7"/>
    <w:rsid w:val="003A2CF0"/>
    <w:rsid w:val="004F6550"/>
    <w:rsid w:val="00554096"/>
    <w:rsid w:val="00595840"/>
    <w:rsid w:val="00607E7C"/>
    <w:rsid w:val="006438DB"/>
    <w:rsid w:val="00646205"/>
    <w:rsid w:val="0066170F"/>
    <w:rsid w:val="00662BAE"/>
    <w:rsid w:val="006A4225"/>
    <w:rsid w:val="006D734B"/>
    <w:rsid w:val="00782E05"/>
    <w:rsid w:val="007B7532"/>
    <w:rsid w:val="007C536C"/>
    <w:rsid w:val="00830ADA"/>
    <w:rsid w:val="00834FC0"/>
    <w:rsid w:val="00844407"/>
    <w:rsid w:val="008B5642"/>
    <w:rsid w:val="008E19DE"/>
    <w:rsid w:val="00907995"/>
    <w:rsid w:val="00925392"/>
    <w:rsid w:val="00965E5B"/>
    <w:rsid w:val="00A13ACD"/>
    <w:rsid w:val="00A42676"/>
    <w:rsid w:val="00A854EF"/>
    <w:rsid w:val="00AA1D8D"/>
    <w:rsid w:val="00AB3360"/>
    <w:rsid w:val="00AE3E7E"/>
    <w:rsid w:val="00B47730"/>
    <w:rsid w:val="00B555DD"/>
    <w:rsid w:val="00B9142D"/>
    <w:rsid w:val="00BB2C37"/>
    <w:rsid w:val="00C04CD9"/>
    <w:rsid w:val="00C8398A"/>
    <w:rsid w:val="00CB0664"/>
    <w:rsid w:val="00CB154A"/>
    <w:rsid w:val="00CE036F"/>
    <w:rsid w:val="00D021EE"/>
    <w:rsid w:val="00D06E03"/>
    <w:rsid w:val="00D86557"/>
    <w:rsid w:val="00D963B4"/>
    <w:rsid w:val="00E66929"/>
    <w:rsid w:val="00FA7E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31C530"/>
  <w14:defaultImageDpi w14:val="300"/>
  <w15:docId w15:val="{312FF08E-3180-4F41-846B-3953D77D5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407"/>
    <w:pPr>
      <w:spacing w:after="100" w:line="266" w:lineRule="auto"/>
    </w:pPr>
    <w:rPr>
      <w:rFonts w:ascii="Carlito" w:hAnsi="Carlito"/>
      <w:color w:val="27343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22D4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/>
      <w:b/>
      <w:bCs/>
      <w:color w:val="186A7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22D41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C71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17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B2C3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ward.Millar@uwindsor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raeonhack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5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Lakes Data Hackathon — Round 1 Idea Proposal</vt:lpstr>
    </vt:vector>
  </TitlesOfParts>
  <Manager/>
  <Company/>
  <LinksUpToDate>false</LinksUpToDate>
  <CharactersWithSpaces>4080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Lakes Data Hackathon — Round 1 Idea Proposal</dc:title>
  <dc:subject>Student proposal template for a Great Lakes water-quality public display idea</dc:subject>
  <dc:creator>Great Lakes Data Hackathon</dc:creator>
  <cp:keywords>Great Lakes, hackathon, proposal, water quality, RAEON</cp:keywords>
  <dc:description>generated by python-docx</dc:description>
  <cp:lastModifiedBy>Stanley Madziyire</cp:lastModifiedBy>
  <cp:revision>16</cp:revision>
  <dcterms:created xsi:type="dcterms:W3CDTF">2026-11-05T02:23:00Z</dcterms:created>
  <dcterms:modified xsi:type="dcterms:W3CDTF">2026-11-05T22:07:00Z</dcterms:modified>
  <cp:category/>
</cp:coreProperties>
</file>